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FFF" w:rsidRDefault="00DE2219" w:rsidP="00055961">
      <w:pPr>
        <w:pStyle w:val="Band"/>
        <w:shd w:val="clear" w:color="auto" w:fill="8A1538"/>
        <w:spacing w:before="0"/>
      </w:pPr>
      <w:r>
        <w:t>M0</w:t>
      </w:r>
      <w:r w:rsidR="000A36CC">
        <w:t>3</w:t>
      </w:r>
      <w:r>
        <w:t xml:space="preserve">. </w:t>
      </w:r>
      <w:r w:rsidR="00041FFF">
        <w:t>SISTEMA TUTORIAL</w:t>
      </w:r>
    </w:p>
    <w:p w:rsidR="00041FFF" w:rsidRDefault="00041FFF" w:rsidP="00041FFF">
      <w:pPr>
        <w:pStyle w:val="Hint"/>
      </w:pPr>
      <w:r>
        <w:t>Organización del acompañamiento y de la respuesta tutorial al estudiante.</w:t>
      </w:r>
    </w:p>
    <w:p w:rsidR="006450F4" w:rsidRDefault="008F51D1" w:rsidP="00041FFF">
      <w:pPr>
        <w:pStyle w:val="H2"/>
      </w:pPr>
      <w:r>
        <w:t>Descripción del sistema tutorial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28"/>
      </w:tblGrid>
      <w:tr w:rsidR="006450F4" w:rsidTr="006450F4">
        <w:trPr>
          <w:jc w:val="center"/>
        </w:trPr>
        <w:tc>
          <w:tcPr>
            <w:tcW w:w="91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450F4" w:rsidRDefault="006450F4" w:rsidP="006450F4">
            <w:pPr>
              <w:spacing w:after="0" w:line="240" w:lineRule="auto"/>
            </w:pPr>
          </w:p>
        </w:tc>
      </w:tr>
    </w:tbl>
    <w:p w:rsidR="00BA2842" w:rsidRDefault="008F51D1" w:rsidP="00041FFF">
      <w:pPr>
        <w:pStyle w:val="H2"/>
      </w:pPr>
      <w:r>
        <w:t>Tutor</w:t>
      </w:r>
      <w:r>
        <w:rPr>
          <w:rFonts w:hint="cs"/>
        </w:rPr>
        <w:t>í</w:t>
      </w:r>
      <w:r>
        <w:t>as individuales</w:t>
      </w:r>
    </w:p>
    <w:p w:rsidR="00041FFF" w:rsidRDefault="00041FFF" w:rsidP="00041FFF">
      <w:pPr>
        <w:pStyle w:val="H2"/>
      </w:pPr>
      <w:r>
        <w:t>1. Canales de tutoría</w:t>
      </w:r>
      <w:r w:rsidR="00BA2842">
        <w:t xml:space="preserve"> individual</w:t>
      </w:r>
    </w:p>
    <w:p w:rsidR="00041FFF" w:rsidRDefault="00FD411E" w:rsidP="00041FFF">
      <w:pPr>
        <w:spacing w:after="40"/>
      </w:pPr>
      <w:sdt>
        <w:sdtPr>
          <w:id w:val="-132658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041FFF">
        <w:t xml:space="preserve"> </w:t>
      </w:r>
      <w:r w:rsidR="00DC2300">
        <w:t>Mensajería interna del EVA</w:t>
      </w:r>
      <w:r w:rsidR="00041FFF">
        <w:t xml:space="preserve">     </w:t>
      </w:r>
      <w:sdt>
        <w:sdtPr>
          <w:id w:val="24655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041FFF">
        <w:t xml:space="preserve"> Videoconferencia</w:t>
      </w:r>
      <w:r w:rsidR="00BA2842">
        <w:t xml:space="preserve">     </w:t>
      </w:r>
      <w:sdt>
        <w:sdtPr>
          <w:id w:val="126726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Presencial</w:t>
      </w:r>
      <w:r w:rsidR="006450F4">
        <w:t>es</w:t>
      </w:r>
      <w:r w:rsidR="00BA2842">
        <w:t xml:space="preserve">     </w:t>
      </w:r>
      <w:sdt>
        <w:sdtPr>
          <w:id w:val="-6695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No se prevén tutorías individuales     </w:t>
      </w:r>
    </w:p>
    <w:p w:rsidR="00755834" w:rsidRDefault="00FD411E" w:rsidP="00041FFF">
      <w:pPr>
        <w:spacing w:after="40"/>
      </w:pPr>
      <w:sdt>
        <w:sdtPr>
          <w:id w:val="28062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755834">
        <w:t xml:space="preserve"> Otros:</w:t>
      </w:r>
      <w:r w:rsidR="00391731">
        <w:t xml:space="preserve"> </w:t>
      </w:r>
      <w:r w:rsidR="00755834">
        <w:t>______________________________________</w:t>
      </w:r>
    </w:p>
    <w:p w:rsidR="00BA2842" w:rsidRDefault="00BA2842" w:rsidP="00BA2842">
      <w:pPr>
        <w:pStyle w:val="H2"/>
      </w:pPr>
      <w:r>
        <w:t>2. Tiempo máximo de respuesta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28"/>
      </w:tblGrid>
      <w:tr w:rsidR="00BA2842" w:rsidTr="006450F4">
        <w:trPr>
          <w:jc w:val="center"/>
        </w:trPr>
        <w:tc>
          <w:tcPr>
            <w:tcW w:w="9128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A2842" w:rsidRDefault="00BA2842" w:rsidP="006450F4">
            <w:pPr>
              <w:spacing w:after="0" w:line="240" w:lineRule="auto"/>
            </w:pPr>
          </w:p>
        </w:tc>
      </w:tr>
    </w:tbl>
    <w:p w:rsidR="00BA2842" w:rsidRDefault="008F51D1" w:rsidP="00BA2842">
      <w:pPr>
        <w:pStyle w:val="H2"/>
      </w:pPr>
      <w:r>
        <w:t>Tutor</w:t>
      </w:r>
      <w:r>
        <w:rPr>
          <w:rFonts w:hint="cs"/>
        </w:rPr>
        <w:t>í</w:t>
      </w:r>
      <w:r>
        <w:t>as grupales</w:t>
      </w:r>
    </w:p>
    <w:p w:rsidR="00BA2842" w:rsidRDefault="00BA2842" w:rsidP="00BA2842">
      <w:pPr>
        <w:pStyle w:val="H2"/>
      </w:pPr>
      <w:r>
        <w:t>3. Canales de tutoría grupal</w:t>
      </w:r>
    </w:p>
    <w:p w:rsidR="00BA2842" w:rsidRDefault="00FD411E" w:rsidP="00BA2842">
      <w:pPr>
        <w:spacing w:after="40"/>
      </w:pPr>
      <w:sdt>
        <w:sdtPr>
          <w:id w:val="122039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5A5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Foros del EVA      </w:t>
      </w:r>
      <w:sdt>
        <w:sdtPr>
          <w:id w:val="1459528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5A5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Videoconferencia     </w:t>
      </w:r>
      <w:sdt>
        <w:sdtPr>
          <w:id w:val="24399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Presencial</w:t>
      </w:r>
      <w:r w:rsidR="006450F4">
        <w:t>es</w:t>
      </w:r>
      <w:r w:rsidR="00BA2842">
        <w:t xml:space="preserve">     </w:t>
      </w:r>
      <w:sdt>
        <w:sdtPr>
          <w:id w:val="-1029259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No se prevén tutorías grupales    </w:t>
      </w:r>
    </w:p>
    <w:p w:rsidR="00BA2842" w:rsidRDefault="00FD411E" w:rsidP="00BA2842">
      <w:pPr>
        <w:spacing w:after="40"/>
      </w:pPr>
      <w:sdt>
        <w:sdtPr>
          <w:id w:val="82657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694">
            <w:rPr>
              <w:rFonts w:ascii="MS Gothic" w:eastAsia="MS Gothic" w:hAnsi="MS Gothic" w:hint="eastAsia"/>
            </w:rPr>
            <w:t>☐</w:t>
          </w:r>
        </w:sdtContent>
      </w:sdt>
      <w:r w:rsidR="00BA2842">
        <w:t xml:space="preserve"> Otros:</w:t>
      </w:r>
      <w:r w:rsidR="00391731">
        <w:t xml:space="preserve"> </w:t>
      </w:r>
      <w:r w:rsidR="00BA2842">
        <w:t>_____________________________________</w:t>
      </w:r>
    </w:p>
    <w:p w:rsidR="00041FFF" w:rsidRDefault="00BA2842" w:rsidP="00041FFF">
      <w:pPr>
        <w:pStyle w:val="H2"/>
      </w:pPr>
      <w:r>
        <w:t>4</w:t>
      </w:r>
      <w:r w:rsidR="00041FFF">
        <w:t xml:space="preserve">. </w:t>
      </w:r>
      <w:r>
        <w:t>Periodicidad prevista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6066"/>
      </w:tblGrid>
      <w:tr w:rsidR="00041FFF" w:rsidTr="006450F4">
        <w:trPr>
          <w:jc w:val="center"/>
        </w:trPr>
        <w:tc>
          <w:tcPr>
            <w:tcW w:w="306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Periodicidad prevista</w:t>
            </w:r>
          </w:p>
        </w:tc>
        <w:tc>
          <w:tcPr>
            <w:tcW w:w="606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</w:p>
        </w:tc>
      </w:tr>
      <w:tr w:rsidR="00041FFF" w:rsidTr="006450F4">
        <w:trPr>
          <w:jc w:val="center"/>
        </w:trPr>
        <w:tc>
          <w:tcPr>
            <w:tcW w:w="306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Observaciones</w:t>
            </w:r>
          </w:p>
        </w:tc>
        <w:tc>
          <w:tcPr>
            <w:tcW w:w="606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</w:p>
        </w:tc>
      </w:tr>
    </w:tbl>
    <w:p w:rsidR="00362B04" w:rsidRDefault="00362B04" w:rsidP="00041FFF"/>
    <w:p w:rsidR="006450F4" w:rsidRDefault="006450F4" w:rsidP="006450F4">
      <w:pPr>
        <w:pStyle w:val="H2"/>
      </w:pPr>
      <w:r>
        <w:t>Organización por grupos</w:t>
      </w:r>
    </w:p>
    <w:p w:rsidR="008F679E" w:rsidRPr="008F679E" w:rsidRDefault="008F679E" w:rsidP="006450F4">
      <w:pPr>
        <w:pStyle w:val="H2"/>
        <w:rPr>
          <w:b w:val="0"/>
          <w:color w:val="6B7280"/>
          <w:sz w:val="17"/>
        </w:rPr>
      </w:pPr>
      <w:r>
        <w:rPr>
          <w:b w:val="0"/>
          <w:color w:val="6B7280"/>
          <w:sz w:val="17"/>
        </w:rPr>
        <w:t xml:space="preserve">Añadan tablas </w:t>
      </w:r>
      <w:r w:rsidR="000A36CC">
        <w:rPr>
          <w:b w:val="0"/>
          <w:color w:val="6B7280"/>
          <w:sz w:val="17"/>
        </w:rPr>
        <w:t>según sea necesario</w:t>
      </w:r>
    </w:p>
    <w:tbl>
      <w:tblPr>
        <w:tblStyle w:val="Tablaconcuadrcula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4545"/>
        <w:gridCol w:w="1826"/>
      </w:tblGrid>
      <w:tr w:rsidR="004E11A7" w:rsidTr="004E11A7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4E11A7" w:rsidRDefault="004E11A7" w:rsidP="006450F4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371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6450F4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</w:p>
        </w:tc>
      </w:tr>
      <w:tr w:rsidR="00685B6E" w:rsidTr="00685B6E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685B6E" w:rsidRDefault="004E11A7" w:rsidP="004E11A7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Profesor/Tutor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Nombre y apellidos</w:t>
            </w: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4E11A7" w:rsidP="006450F4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8A1538"/>
                <w:sz w:val="18"/>
              </w:rPr>
              <w:t>Nº</w:t>
            </w:r>
            <w:proofErr w:type="spellEnd"/>
            <w:r>
              <w:rPr>
                <w:b/>
                <w:color w:val="8A1538"/>
                <w:sz w:val="18"/>
              </w:rPr>
              <w:t xml:space="preserve"> a</w:t>
            </w:r>
            <w:r w:rsidR="00685B6E">
              <w:rPr>
                <w:b/>
                <w:color w:val="8A1538"/>
                <w:sz w:val="18"/>
              </w:rPr>
              <w:t>lumnos asignados</w:t>
            </w:r>
          </w:p>
        </w:tc>
      </w:tr>
      <w:tr w:rsidR="00685B6E" w:rsidTr="00685B6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685B6E" w:rsidRDefault="00685B6E" w:rsidP="006450F4">
            <w:pPr>
              <w:spacing w:after="0" w:line="240" w:lineRule="auto"/>
            </w:pPr>
            <w:r>
              <w:t>Profesor responsable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</w:tr>
      <w:tr w:rsidR="00685B6E" w:rsidTr="00685B6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685B6E" w:rsidRDefault="00685B6E" w:rsidP="006450F4">
            <w:pPr>
              <w:spacing w:after="0" w:line="240" w:lineRule="auto"/>
            </w:pPr>
            <w:r>
              <w:t>Tutor 1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</w:tr>
      <w:tr w:rsidR="00685B6E" w:rsidTr="00685B6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685B6E" w:rsidRDefault="00685B6E" w:rsidP="006450F4">
            <w:pPr>
              <w:spacing w:after="0" w:line="240" w:lineRule="auto"/>
            </w:pPr>
            <w:r>
              <w:t>Tutor 2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</w:tr>
      <w:tr w:rsidR="00685B6E" w:rsidTr="00685B6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685B6E" w:rsidRDefault="00685B6E" w:rsidP="006450F4">
            <w:pPr>
              <w:spacing w:after="0" w:line="240" w:lineRule="auto"/>
            </w:pPr>
            <w:r>
              <w:t>Tutor 3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685B6E" w:rsidRDefault="00685B6E" w:rsidP="006450F4">
            <w:pPr>
              <w:spacing w:after="0" w:line="240" w:lineRule="auto"/>
            </w:pPr>
          </w:p>
        </w:tc>
      </w:tr>
    </w:tbl>
    <w:p w:rsidR="00685B6E" w:rsidRDefault="00685B6E">
      <w:pPr>
        <w:spacing w:after="200" w:line="276" w:lineRule="auto"/>
      </w:pPr>
    </w:p>
    <w:tbl>
      <w:tblPr>
        <w:tblStyle w:val="Tablaconcuadrcula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4545"/>
        <w:gridCol w:w="1826"/>
      </w:tblGrid>
      <w:tr w:rsidR="004E11A7" w:rsidTr="0001196F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4E11A7" w:rsidRDefault="004E11A7" w:rsidP="0001196F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371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</w:p>
        </w:tc>
      </w:tr>
      <w:tr w:rsidR="004E11A7" w:rsidTr="0001196F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4E11A7" w:rsidRDefault="004E11A7" w:rsidP="0001196F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Profesor/Tutor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Nombre y apellidos</w:t>
            </w: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8A1538"/>
                <w:sz w:val="18"/>
              </w:rPr>
              <w:t>Nº</w:t>
            </w:r>
            <w:proofErr w:type="spellEnd"/>
            <w:r>
              <w:rPr>
                <w:b/>
                <w:color w:val="8A1538"/>
                <w:sz w:val="18"/>
              </w:rPr>
              <w:t xml:space="preserve"> alumnos asignados</w:t>
            </w:r>
          </w:p>
        </w:tc>
      </w:tr>
      <w:tr w:rsidR="004E11A7" w:rsidTr="0001196F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4E11A7" w:rsidRDefault="004E11A7" w:rsidP="0001196F">
            <w:pPr>
              <w:spacing w:after="0" w:line="240" w:lineRule="auto"/>
            </w:pPr>
            <w:r>
              <w:t>Profesor responsable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4E11A7" w:rsidRDefault="004E11A7" w:rsidP="0001196F">
            <w:pPr>
              <w:spacing w:after="0" w:line="240" w:lineRule="auto"/>
            </w:pPr>
            <w:r>
              <w:t>Tutor 1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4E11A7" w:rsidRDefault="004E11A7" w:rsidP="0001196F">
            <w:pPr>
              <w:spacing w:after="0" w:line="240" w:lineRule="auto"/>
            </w:pPr>
            <w:r>
              <w:t>Tutor 2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  <w:tr w:rsidR="004E11A7" w:rsidTr="0001196F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4E11A7" w:rsidRDefault="004E11A7" w:rsidP="0001196F">
            <w:pPr>
              <w:spacing w:after="0" w:line="240" w:lineRule="auto"/>
            </w:pPr>
            <w:r>
              <w:t>Tutor 3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4E11A7" w:rsidRDefault="004E11A7" w:rsidP="0001196F">
            <w:pPr>
              <w:spacing w:after="0" w:line="240" w:lineRule="auto"/>
            </w:pPr>
          </w:p>
        </w:tc>
      </w:tr>
    </w:tbl>
    <w:p w:rsidR="00DD7DB2" w:rsidRDefault="00DD7DB2">
      <w:pPr>
        <w:spacing w:after="200" w:line="276" w:lineRule="auto"/>
      </w:pPr>
    </w:p>
    <w:tbl>
      <w:tblPr>
        <w:tblStyle w:val="Tablaconcuadrcula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4545"/>
        <w:gridCol w:w="1826"/>
      </w:tblGrid>
      <w:tr w:rsidR="00FD411E" w:rsidTr="00EE5D9E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FD411E" w:rsidRDefault="00FD411E" w:rsidP="00EE5D9E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lastRenderedPageBreak/>
              <w:t>ASIGNATURA</w:t>
            </w:r>
          </w:p>
        </w:tc>
        <w:tc>
          <w:tcPr>
            <w:tcW w:w="6371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</w:p>
        </w:tc>
      </w:tr>
      <w:tr w:rsidR="00FD411E" w:rsidTr="00EE5D9E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FD411E" w:rsidRDefault="00FD411E" w:rsidP="00EE5D9E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Profesor/Tutor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Nombre y apellidos</w:t>
            </w: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8A1538"/>
                <w:sz w:val="18"/>
              </w:rPr>
              <w:t>Nº</w:t>
            </w:r>
            <w:proofErr w:type="spellEnd"/>
            <w:r>
              <w:rPr>
                <w:b/>
                <w:color w:val="8A1538"/>
                <w:sz w:val="18"/>
              </w:rPr>
              <w:t xml:space="preserve"> alumnos asignados</w:t>
            </w: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Profesor responsable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Tutor 1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Tutor 2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Tutor 3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</w:tbl>
    <w:p w:rsidR="00FD411E" w:rsidRDefault="00FD411E">
      <w:pPr>
        <w:spacing w:after="200" w:line="276" w:lineRule="auto"/>
      </w:pPr>
    </w:p>
    <w:tbl>
      <w:tblPr>
        <w:tblStyle w:val="Tablaconcuadrcula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2702"/>
        <w:gridCol w:w="4545"/>
        <w:gridCol w:w="1826"/>
      </w:tblGrid>
      <w:tr w:rsidR="00FD411E" w:rsidTr="00EE5D9E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FD411E" w:rsidRDefault="00FD411E" w:rsidP="00EE5D9E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ASIGNATURA</w:t>
            </w:r>
          </w:p>
        </w:tc>
        <w:tc>
          <w:tcPr>
            <w:tcW w:w="6371" w:type="dxa"/>
            <w:gridSpan w:val="2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</w:p>
        </w:tc>
      </w:tr>
      <w:tr w:rsidR="00FD411E" w:rsidTr="00EE5D9E">
        <w:trPr>
          <w:tblHeader/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</w:tcPr>
          <w:p w:rsidR="00FD411E" w:rsidRDefault="00FD411E" w:rsidP="00EE5D9E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Profesor/Tutor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  <w:jc w:val="center"/>
            </w:pPr>
            <w:r>
              <w:rPr>
                <w:b/>
                <w:color w:val="8A1538"/>
                <w:sz w:val="18"/>
              </w:rPr>
              <w:t>Nombre y apellidos</w:t>
            </w: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8A1538"/>
                <w:sz w:val="18"/>
              </w:rPr>
              <w:t>Nº</w:t>
            </w:r>
            <w:proofErr w:type="spellEnd"/>
            <w:r>
              <w:rPr>
                <w:b/>
                <w:color w:val="8A1538"/>
                <w:sz w:val="18"/>
              </w:rPr>
              <w:t xml:space="preserve"> alumnos asignados</w:t>
            </w: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Profesor responsable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Tutor 1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Tutor 2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  <w:tr w:rsidR="00FD411E" w:rsidTr="00EE5D9E">
        <w:trPr>
          <w:jc w:val="center"/>
        </w:trPr>
        <w:tc>
          <w:tcPr>
            <w:tcW w:w="2702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</w:tcPr>
          <w:p w:rsidR="00FD411E" w:rsidRDefault="00FD411E" w:rsidP="00EE5D9E">
            <w:pPr>
              <w:spacing w:after="0" w:line="240" w:lineRule="auto"/>
            </w:pPr>
            <w:r>
              <w:t>Tutor 3</w:t>
            </w:r>
          </w:p>
        </w:tc>
        <w:tc>
          <w:tcPr>
            <w:tcW w:w="454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  <w:tc>
          <w:tcPr>
            <w:tcW w:w="182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FD411E" w:rsidRDefault="00FD411E" w:rsidP="00EE5D9E">
            <w:pPr>
              <w:spacing w:after="0" w:line="240" w:lineRule="auto"/>
            </w:pPr>
          </w:p>
        </w:tc>
      </w:tr>
    </w:tbl>
    <w:p w:rsidR="00FD411E" w:rsidRDefault="00FD411E">
      <w:pPr>
        <w:spacing w:after="200" w:line="276" w:lineRule="auto"/>
      </w:pPr>
      <w:bookmarkStart w:id="0" w:name="_GoBack"/>
      <w:bookmarkEnd w:id="0"/>
    </w:p>
    <w:sectPr w:rsidR="00FD411E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55961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  <w:rsid w:val="00F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1E953D2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72FC31-AB01-4447-A721-BAE43865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3</cp:revision>
  <cp:lastPrinted>2026-06-16T12:16:00Z</cp:lastPrinted>
  <dcterms:created xsi:type="dcterms:W3CDTF">2026-06-16T13:02:00Z</dcterms:created>
  <dcterms:modified xsi:type="dcterms:W3CDTF">2026-06-16T13:03:00Z</dcterms:modified>
  <cp:category/>
</cp:coreProperties>
</file>