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6CC" w:rsidRDefault="000A36CC" w:rsidP="00FD4026">
      <w:pPr>
        <w:pStyle w:val="Band"/>
        <w:shd w:val="clear" w:color="auto" w:fill="8A1538"/>
        <w:spacing w:before="0"/>
      </w:pPr>
      <w:r>
        <w:t>M04. TABLA DE TUTORES</w:t>
      </w:r>
    </w:p>
    <w:p w:rsidR="000A36CC" w:rsidRDefault="000A36CC" w:rsidP="000A36CC">
      <w:pPr>
        <w:pStyle w:val="Hint"/>
      </w:pPr>
      <w:r>
        <w:t>Añadan todas las tablas que sean necesarias.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5839"/>
      </w:tblGrid>
      <w:tr w:rsidR="00945C0E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TUTOR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Pr="009B315D" w:rsidRDefault="0001196F" w:rsidP="0001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945C0E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</w:pPr>
          </w:p>
        </w:tc>
      </w:tr>
      <w:tr w:rsidR="00945C0E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Formación teológica y pedagógica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</w:pPr>
          </w:p>
        </w:tc>
      </w:tr>
      <w:tr w:rsidR="00945C0E" w:rsidTr="0001196F">
        <w:trPr>
          <w:trHeight w:val="742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Experiencia docente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FD4026" w:rsidP="0001196F">
            <w:pPr>
              <w:spacing w:after="0" w:line="240" w:lineRule="auto"/>
            </w:pPr>
            <w:sdt>
              <w:sdtPr>
                <w:id w:val="180658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C0E">
              <w:t xml:space="preserve"> Educación Infantil                         </w:t>
            </w:r>
            <w:sdt>
              <w:sdtPr>
                <w:id w:val="-26121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C0E">
              <w:t xml:space="preserve"> Educación Secundaria</w:t>
            </w:r>
          </w:p>
          <w:p w:rsidR="00945C0E" w:rsidRDefault="00FD4026" w:rsidP="0001196F">
            <w:pPr>
              <w:spacing w:after="0" w:line="240" w:lineRule="auto"/>
            </w:pPr>
            <w:sdt>
              <w:sdtPr>
                <w:id w:val="175400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C0E">
              <w:t xml:space="preserve"> Educación Primaria                      </w:t>
            </w:r>
            <w:sdt>
              <w:sdtPr>
                <w:id w:val="-198468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C0E">
              <w:t xml:space="preserve"> Bachillerato</w:t>
            </w:r>
          </w:p>
          <w:p w:rsidR="00945C0E" w:rsidRDefault="00FD4026" w:rsidP="0001196F">
            <w:pPr>
              <w:spacing w:after="0" w:line="240" w:lineRule="auto"/>
            </w:pPr>
            <w:sdt>
              <w:sdtPr>
                <w:id w:val="182346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C0E">
              <w:t xml:space="preserve"> Docencia a nivel universitario</w:t>
            </w:r>
          </w:p>
        </w:tc>
      </w:tr>
      <w:tr w:rsidR="00945C0E" w:rsidTr="008C7B7A">
        <w:trPr>
          <w:trHeight w:val="118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45C0E" w:rsidRDefault="00945C0E" w:rsidP="0001196F">
            <w:pPr>
              <w:spacing w:after="0" w:line="240" w:lineRule="auto"/>
            </w:pPr>
            <w:r>
              <w:t xml:space="preserve">Descripción: </w:t>
            </w:r>
          </w:p>
        </w:tc>
      </w:tr>
      <w:tr w:rsidR="008C7B7A" w:rsidTr="0001196F">
        <w:trPr>
          <w:trHeight w:val="355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7B7A" w:rsidRDefault="008C7B7A" w:rsidP="008C7B7A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Competencia Digital Docente</w:t>
            </w:r>
            <w:r w:rsidR="00967AB8">
              <w:rPr>
                <w:rStyle w:val="Refdenotaalpie"/>
                <w:b/>
                <w:color w:val="8A1538"/>
                <w:sz w:val="18"/>
              </w:rPr>
              <w:footnoteReference w:id="1"/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7B7A" w:rsidRDefault="00FD4026" w:rsidP="008C7B7A">
            <w:pPr>
              <w:spacing w:after="0" w:line="240" w:lineRule="auto"/>
            </w:pPr>
            <w:sdt>
              <w:sdtPr>
                <w:id w:val="51943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B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B7A">
              <w:t xml:space="preserve"> Certificación oficial de nivel </w:t>
            </w:r>
            <w:sdt>
              <w:sdtPr>
                <w:id w:val="-22787036"/>
                <w:placeholder>
                  <w:docPart w:val="ECB6393B7D664DF69C7A0E81BA97BFD0"/>
                </w:placeholder>
                <w:showingPlcHdr/>
                <w:dropDownList>
                  <w:listItem w:value="Elija un elemento del desplegable."/>
                  <w:listItem w:displayText="básico (A1, A2)" w:value="básico (A1, A2)"/>
                  <w:listItem w:displayText="intermedio (B1, B2)" w:value="intermedio (B1, B2)"/>
                  <w:listItem w:displayText="avanzado (C1. C2)" w:value="avanzado (C1. C2)"/>
                </w:dropDownList>
              </w:sdtPr>
              <w:sdtEndPr/>
              <w:sdtContent>
                <w:r w:rsidR="008C7B7A" w:rsidRPr="00FE5F08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8C7B7A" w:rsidRDefault="00FD4026" w:rsidP="008C7B7A">
            <w:pPr>
              <w:spacing w:after="0" w:line="240" w:lineRule="auto"/>
            </w:pPr>
            <w:sdt>
              <w:sdtPr>
                <w:id w:val="173821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B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B7A">
              <w:t xml:space="preserve"> Experiencia en docencia virtual</w:t>
            </w:r>
          </w:p>
        </w:tc>
      </w:tr>
      <w:tr w:rsidR="008C7B7A" w:rsidTr="0001196F">
        <w:trPr>
          <w:trHeight w:val="354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7B7A" w:rsidRDefault="008C7B7A" w:rsidP="008C7B7A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7B7A" w:rsidRDefault="008C7B7A" w:rsidP="008C7B7A">
            <w:pPr>
              <w:spacing w:after="0" w:line="240" w:lineRule="auto"/>
            </w:pPr>
            <w:r>
              <w:t>Descripción experiencia:</w:t>
            </w:r>
          </w:p>
        </w:tc>
      </w:tr>
    </w:tbl>
    <w:p w:rsidR="0001196F" w:rsidRPr="00FD4026" w:rsidRDefault="0001196F" w:rsidP="00FD4026">
      <w:pPr>
        <w:spacing w:after="0" w:line="276" w:lineRule="auto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5839"/>
      </w:tblGrid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TUTOR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9B315D" w:rsidRDefault="0001196F" w:rsidP="0001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Formación teológica y pedagógica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trHeight w:val="742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Experiencia docente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FD4026" w:rsidP="0001196F">
            <w:pPr>
              <w:spacing w:after="0" w:line="240" w:lineRule="auto"/>
            </w:pPr>
            <w:sdt>
              <w:sdtPr>
                <w:id w:val="-198669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Infantil                         </w:t>
            </w:r>
            <w:sdt>
              <w:sdtPr>
                <w:id w:val="192876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Secundaria</w:t>
            </w:r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-189279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Primaria                      </w:t>
            </w:r>
            <w:sdt>
              <w:sdtPr>
                <w:id w:val="-175180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Bachillerato</w:t>
            </w:r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-59578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Docencia a nivel universitario</w:t>
            </w:r>
          </w:p>
        </w:tc>
      </w:tr>
      <w:tr w:rsidR="0001196F" w:rsidTr="0001196F">
        <w:trPr>
          <w:trHeight w:val="118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t xml:space="preserve">Descripción: </w:t>
            </w:r>
          </w:p>
        </w:tc>
      </w:tr>
      <w:tr w:rsidR="0001196F" w:rsidTr="0001196F">
        <w:trPr>
          <w:trHeight w:val="355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Competencia Digital Docente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FD4026" w:rsidP="0001196F">
            <w:pPr>
              <w:spacing w:after="0" w:line="240" w:lineRule="auto"/>
            </w:pPr>
            <w:sdt>
              <w:sdtPr>
                <w:id w:val="210028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Certificación oficial de nivel </w:t>
            </w:r>
            <w:sdt>
              <w:sdtPr>
                <w:id w:val="-788896230"/>
                <w:placeholder>
                  <w:docPart w:val="9170917BD15C4BAFB3155AF2B0F52FBB"/>
                </w:placeholder>
                <w:showingPlcHdr/>
                <w:dropDownList>
                  <w:listItem w:value="Elija un elemento del desplegable."/>
                  <w:listItem w:displayText="básico (A1, A2)" w:value="básico (A1, A2)"/>
                  <w:listItem w:displayText="intermedio (B1, B2)" w:value="intermedio (B1, B2)"/>
                  <w:listItem w:displayText="avanzado (C1. C2)" w:value="avanzado (C1. C2)"/>
                </w:dropDownList>
              </w:sdtPr>
              <w:sdtEndPr/>
              <w:sdtContent>
                <w:r w:rsidR="0001196F" w:rsidRPr="00FE5F08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104858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Experiencia en docencia virtual</w:t>
            </w:r>
          </w:p>
        </w:tc>
      </w:tr>
      <w:tr w:rsidR="0001196F" w:rsidTr="0001196F">
        <w:trPr>
          <w:trHeight w:val="354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t>Descripción experiencia:</w:t>
            </w:r>
          </w:p>
        </w:tc>
      </w:tr>
    </w:tbl>
    <w:p w:rsidR="0001196F" w:rsidRDefault="0001196F" w:rsidP="00FD4026">
      <w:pPr>
        <w:spacing w:after="0" w:line="276" w:lineRule="auto"/>
        <w:rPr>
          <w:b/>
          <w:color w:val="FFFFFF"/>
          <w:sz w:val="22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5839"/>
      </w:tblGrid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TUTOR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9B315D" w:rsidRDefault="0001196F" w:rsidP="0001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jc w:val="center"/>
        </w:trPr>
        <w:tc>
          <w:tcPr>
            <w:tcW w:w="328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Formación teológica y pedagógica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</w:p>
        </w:tc>
      </w:tr>
      <w:tr w:rsidR="0001196F" w:rsidTr="0001196F">
        <w:trPr>
          <w:trHeight w:val="742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Experiencia docente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FD4026" w:rsidP="0001196F">
            <w:pPr>
              <w:spacing w:after="0" w:line="240" w:lineRule="auto"/>
            </w:pPr>
            <w:sdt>
              <w:sdtPr>
                <w:id w:val="202820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Infantil                         </w:t>
            </w:r>
            <w:sdt>
              <w:sdtPr>
                <w:id w:val="93371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Secundaria</w:t>
            </w:r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19674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Educación Primaria                      </w:t>
            </w:r>
            <w:sdt>
              <w:sdtPr>
                <w:id w:val="-28350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Bachillerato</w:t>
            </w:r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82809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Docencia a nivel universitario</w:t>
            </w:r>
          </w:p>
        </w:tc>
      </w:tr>
      <w:tr w:rsidR="0001196F" w:rsidTr="0001196F">
        <w:trPr>
          <w:trHeight w:val="118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t xml:space="preserve">Descripción: </w:t>
            </w:r>
          </w:p>
        </w:tc>
      </w:tr>
      <w:tr w:rsidR="0001196F" w:rsidTr="0001196F">
        <w:trPr>
          <w:trHeight w:val="355"/>
          <w:jc w:val="center"/>
        </w:trPr>
        <w:tc>
          <w:tcPr>
            <w:tcW w:w="3288" w:type="dxa"/>
            <w:vMerge w:val="restart"/>
            <w:tcBorders>
              <w:top w:val="single" w:sz="6" w:space="0" w:color="D9D0D4"/>
              <w:left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Competencia Digital Docente</w:t>
            </w: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FD4026" w:rsidP="0001196F">
            <w:pPr>
              <w:spacing w:after="0" w:line="240" w:lineRule="auto"/>
            </w:pPr>
            <w:sdt>
              <w:sdtPr>
                <w:id w:val="-17188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Certificación oficial de nivel </w:t>
            </w:r>
            <w:sdt>
              <w:sdtPr>
                <w:id w:val="-53001678"/>
                <w:placeholder>
                  <w:docPart w:val="CD5B9FA9E53E4CCF81C7A5C0A189F4C7"/>
                </w:placeholder>
                <w:showingPlcHdr/>
                <w:dropDownList>
                  <w:listItem w:value="Elija un elemento del desplegable."/>
                  <w:listItem w:displayText="básico (A1, A2)" w:value="básico (A1, A2)"/>
                  <w:listItem w:displayText="intermedio (B1, B2)" w:value="intermedio (B1, B2)"/>
                  <w:listItem w:displayText="avanzado (C1. C2)" w:value="avanzado (C1. C2)"/>
                </w:dropDownList>
              </w:sdtPr>
              <w:sdtEndPr/>
              <w:sdtContent>
                <w:r w:rsidR="0001196F" w:rsidRPr="00FE5F08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01196F" w:rsidRDefault="00FD4026" w:rsidP="0001196F">
            <w:pPr>
              <w:spacing w:after="0" w:line="240" w:lineRule="auto"/>
            </w:pPr>
            <w:sdt>
              <w:sdtPr>
                <w:id w:val="-64427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196F">
              <w:t xml:space="preserve"> Experiencia en docencia virtual</w:t>
            </w:r>
          </w:p>
        </w:tc>
      </w:tr>
      <w:tr w:rsidR="0001196F" w:rsidTr="0001196F">
        <w:trPr>
          <w:trHeight w:val="354"/>
          <w:jc w:val="center"/>
        </w:trPr>
        <w:tc>
          <w:tcPr>
            <w:tcW w:w="3288" w:type="dxa"/>
            <w:vMerge/>
            <w:tcBorders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583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t>Descripción experiencia:</w:t>
            </w:r>
          </w:p>
        </w:tc>
      </w:tr>
    </w:tbl>
    <w:p w:rsidR="00144C2A" w:rsidRDefault="00144C2A" w:rsidP="00FD4026">
      <w:pPr>
        <w:spacing w:after="200" w:line="276" w:lineRule="auto"/>
      </w:pPr>
    </w:p>
    <w:sectPr w:rsidR="00144C2A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  <w:footnote w:id="1">
    <w:p w:rsidR="00967AB8" w:rsidRDefault="00967AB8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967AB8">
          <w:rPr>
            <w:color w:val="6B7280"/>
            <w:sz w:val="17"/>
            <w:szCs w:val="22"/>
            <w:u w:val="single"/>
          </w:rPr>
          <w:t>https://intef.es/competencia-digital-educativa/competencia-digital-docente/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1FBBA93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f.es/competencia-digital-educativa/competencia-digital-docent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B6393B7D664DF69C7A0E81BA97B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E698-1FA8-4AD2-B155-D85988B22EC9}"/>
      </w:docPartPr>
      <w:docPartBody>
        <w:p w:rsidR="00A87779" w:rsidRDefault="00A87779" w:rsidP="00A87779">
          <w:pPr>
            <w:pStyle w:val="ECB6393B7D664DF69C7A0E81BA97BFD0"/>
          </w:pPr>
          <w:r w:rsidRPr="00FE5F08">
            <w:rPr>
              <w:rStyle w:val="Textodelmarcadordeposicin"/>
            </w:rPr>
            <w:t>Elija un elemento.</w:t>
          </w:r>
        </w:p>
      </w:docPartBody>
    </w:docPart>
    <w:docPart>
      <w:docPartPr>
        <w:name w:val="9170917BD15C4BAFB3155AF2B0F52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2A53C-AD57-4AA0-A87B-9D7E4D55EAB8}"/>
      </w:docPartPr>
      <w:docPartBody>
        <w:p w:rsidR="00A87779" w:rsidRDefault="00A87779" w:rsidP="00A87779">
          <w:pPr>
            <w:pStyle w:val="9170917BD15C4BAFB3155AF2B0F52FBB"/>
          </w:pPr>
          <w:r w:rsidRPr="00FE5F08">
            <w:rPr>
              <w:rStyle w:val="Textodelmarcadordeposicin"/>
            </w:rPr>
            <w:t>Elija un elemento.</w:t>
          </w:r>
        </w:p>
      </w:docPartBody>
    </w:docPart>
    <w:docPart>
      <w:docPartPr>
        <w:name w:val="CD5B9FA9E53E4CCF81C7A5C0A189F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CF0C-72E5-4BC6-BFDE-663C47724B08}"/>
      </w:docPartPr>
      <w:docPartBody>
        <w:p w:rsidR="00A87779" w:rsidRDefault="00A87779" w:rsidP="00A87779">
          <w:pPr>
            <w:pStyle w:val="CD5B9FA9E53E4CCF81C7A5C0A189F4C7"/>
          </w:pPr>
          <w:r w:rsidRPr="00FE5F0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AF"/>
    <w:rsid w:val="002C5319"/>
    <w:rsid w:val="00A87779"/>
    <w:rsid w:val="00B3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7779"/>
    <w:rPr>
      <w:color w:val="808080"/>
    </w:rPr>
  </w:style>
  <w:style w:type="paragraph" w:customStyle="1" w:styleId="9C2293A11BEB452DA0B92B00C6D42EFB">
    <w:name w:val="9C2293A11BEB452DA0B92B00C6D42EFB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">
    <w:name w:val="DC6527B06D2242888959A355FAC05184"/>
    <w:rsid w:val="00B32BAF"/>
  </w:style>
  <w:style w:type="paragraph" w:customStyle="1" w:styleId="73C454E93C804755906A768971EFD3E1">
    <w:name w:val="73C454E93C804755906A768971EFD3E1"/>
    <w:rsid w:val="00B32BAF"/>
  </w:style>
  <w:style w:type="paragraph" w:customStyle="1" w:styleId="FF353AA476FE43C6AF1D9826765D6E16">
    <w:name w:val="FF353AA476FE43C6AF1D9826765D6E1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">
    <w:name w:val="4F2E174F5FC24AF6BC35C33E93BC7E6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">
    <w:name w:val="BD38F1E317A94C6D99DA44C7FFCFE550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">
    <w:name w:val="2074FDC07E464494BBA14039F0AFD5F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1">
    <w:name w:val="DC6527B06D2242888959A355FAC05184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1">
    <w:name w:val="FF353AA476FE43C6AF1D9826765D6E1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1">
    <w:name w:val="4F2E174F5FC24AF6BC35C33E93BC7E63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1">
    <w:name w:val="BD38F1E317A94C6D99DA44C7FFCFE550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1">
    <w:name w:val="2074FDC07E464494BBA14039F0AFD5F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2">
    <w:name w:val="DC6527B06D2242888959A355FAC05184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">
    <w:name w:val="E7B16D70F88F47F1BD4F7A1DC51E1798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2">
    <w:name w:val="FF353AA476FE43C6AF1D9826765D6E1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2">
    <w:name w:val="4F2E174F5FC24AF6BC35C33E93BC7E63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2">
    <w:name w:val="BD38F1E317A94C6D99DA44C7FFCFE550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2">
    <w:name w:val="2074FDC07E464494BBA14039F0AFD5F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3">
    <w:name w:val="DC6527B06D2242888959A355FAC05184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1">
    <w:name w:val="E7B16D70F88F47F1BD4F7A1DC51E1798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4">
    <w:name w:val="DC6527B06D2242888959A355FAC051844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316563980EF44D0B8307158D70A68ADC">
    <w:name w:val="316563980EF44D0B8307158D70A68ADC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AADD727ECBC942DB8E991757783AF010">
    <w:name w:val="AADD727ECBC942DB8E991757783AF010"/>
    <w:rsid w:val="00A87779"/>
  </w:style>
  <w:style w:type="paragraph" w:customStyle="1" w:styleId="F7B52667667C4CD5AC2DEEBEBE1D7FA0">
    <w:name w:val="F7B52667667C4CD5AC2DEEBEBE1D7FA0"/>
    <w:rsid w:val="00A87779"/>
  </w:style>
  <w:style w:type="paragraph" w:customStyle="1" w:styleId="5C4728A601C941B8A10DB2A65E1E7912">
    <w:name w:val="5C4728A601C941B8A10DB2A65E1E7912"/>
    <w:rsid w:val="00A87779"/>
  </w:style>
  <w:style w:type="paragraph" w:customStyle="1" w:styleId="ED1B75FC73FB413A89B8EB547536386F">
    <w:name w:val="ED1B75FC73FB413A89B8EB547536386F"/>
    <w:rsid w:val="00A87779"/>
  </w:style>
  <w:style w:type="paragraph" w:customStyle="1" w:styleId="24AC990CE81840EB89BFF07B1C7AEF10">
    <w:name w:val="24AC990CE81840EB89BFF07B1C7AEF10"/>
    <w:rsid w:val="00A87779"/>
  </w:style>
  <w:style w:type="paragraph" w:customStyle="1" w:styleId="F5CF1CF2C93C4A638A09D732432C58A2">
    <w:name w:val="F5CF1CF2C93C4A638A09D732432C58A2"/>
    <w:rsid w:val="00A87779"/>
  </w:style>
  <w:style w:type="paragraph" w:customStyle="1" w:styleId="4BE59167498C43749DE56B3B32D3C205">
    <w:name w:val="4BE59167498C43749DE56B3B32D3C205"/>
    <w:rsid w:val="00A87779"/>
  </w:style>
  <w:style w:type="paragraph" w:customStyle="1" w:styleId="5D42222E76E74ABCBEAD084A8A9729AA">
    <w:name w:val="5D42222E76E74ABCBEAD084A8A9729AA"/>
    <w:rsid w:val="00A87779"/>
  </w:style>
  <w:style w:type="paragraph" w:customStyle="1" w:styleId="3F0111BFC9334C72BFA3DF558DB2ED15">
    <w:name w:val="3F0111BFC9334C72BFA3DF558DB2ED15"/>
    <w:rsid w:val="00A87779"/>
  </w:style>
  <w:style w:type="paragraph" w:customStyle="1" w:styleId="0BB69D1F438F4A5DA56A062DB3F323F3">
    <w:name w:val="0BB69D1F438F4A5DA56A062DB3F323F3"/>
    <w:rsid w:val="00A87779"/>
  </w:style>
  <w:style w:type="paragraph" w:customStyle="1" w:styleId="2BBA439D7ECD492EAACBB947BB547933">
    <w:name w:val="2BBA439D7ECD492EAACBB947BB547933"/>
    <w:rsid w:val="00A87779"/>
  </w:style>
  <w:style w:type="paragraph" w:customStyle="1" w:styleId="ECB6393B7D664DF69C7A0E81BA97BFD0">
    <w:name w:val="ECB6393B7D664DF69C7A0E81BA97BFD0"/>
    <w:rsid w:val="00A87779"/>
  </w:style>
  <w:style w:type="paragraph" w:customStyle="1" w:styleId="9170917BD15C4BAFB3155AF2B0F52FBB">
    <w:name w:val="9170917BD15C4BAFB3155AF2B0F52FBB"/>
    <w:rsid w:val="00A87779"/>
  </w:style>
  <w:style w:type="paragraph" w:customStyle="1" w:styleId="CD5B9FA9E53E4CCF81C7A5C0A189F4C7">
    <w:name w:val="CD5B9FA9E53E4CCF81C7A5C0A189F4C7"/>
    <w:rsid w:val="00A87779"/>
  </w:style>
  <w:style w:type="paragraph" w:customStyle="1" w:styleId="24273C345EF849C1B2A813C211FC6939">
    <w:name w:val="24273C345EF849C1B2A813C211FC6939"/>
    <w:rsid w:val="00A87779"/>
  </w:style>
  <w:style w:type="paragraph" w:customStyle="1" w:styleId="BEDF184F4519420BA78FDA25A95E63A7">
    <w:name w:val="BEDF184F4519420BA78FDA25A95E63A7"/>
    <w:rsid w:val="00A87779"/>
  </w:style>
  <w:style w:type="paragraph" w:customStyle="1" w:styleId="33A70A0B8A8441BBB553F7B0AA7917A1">
    <w:name w:val="33A70A0B8A8441BBB553F7B0AA7917A1"/>
    <w:rsid w:val="00A87779"/>
  </w:style>
  <w:style w:type="paragraph" w:customStyle="1" w:styleId="113ABFBDF22643B1BBB777EBD9CEF627">
    <w:name w:val="113ABFBDF22643B1BBB777EBD9CEF627"/>
    <w:rsid w:val="00A87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A0FE5B-710B-4A6B-9423-F0A916E6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2026-06-16T13:05:00Z</dcterms:created>
  <dcterms:modified xsi:type="dcterms:W3CDTF">2026-06-16T13:05:00Z</dcterms:modified>
  <cp:category/>
</cp:coreProperties>
</file>