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15D" w:rsidRDefault="00DE2219" w:rsidP="003F4F38">
      <w:pPr>
        <w:pStyle w:val="Band"/>
        <w:shd w:val="clear" w:color="auto" w:fill="8A1538"/>
        <w:spacing w:before="0"/>
      </w:pPr>
      <w:r>
        <w:t>M0</w:t>
      </w:r>
      <w:r w:rsidR="000A36CC">
        <w:t>7</w:t>
      </w:r>
      <w:r>
        <w:t xml:space="preserve">. </w:t>
      </w:r>
      <w:r w:rsidR="006450F4">
        <w:t xml:space="preserve">TABLA DEL </w:t>
      </w:r>
      <w:r w:rsidR="009B315D">
        <w:t>PROFESORADO</w:t>
      </w:r>
    </w:p>
    <w:p w:rsidR="009B315D" w:rsidRDefault="009B315D" w:rsidP="009B315D">
      <w:pPr>
        <w:pStyle w:val="Hint"/>
      </w:pPr>
      <w:r>
        <w:t>Relación de docentes, perfil académico y competencia digital.</w:t>
      </w:r>
      <w:r w:rsidR="00682E78">
        <w:t xml:space="preserve"> Añadan tantas tablas cuantas sean necesarias.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1"/>
        <w:gridCol w:w="6016"/>
      </w:tblGrid>
      <w:tr w:rsidR="009B315D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Default="00B7195F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PROFESOR RESPONSABLE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Pr="009B315D" w:rsidRDefault="00E94BFC" w:rsidP="006450F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B7195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7195F" w:rsidRDefault="00B7195F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Correo electrónico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7195F" w:rsidRPr="00E94BFC" w:rsidRDefault="00E94BFC" w:rsidP="006450F4">
            <w:pPr>
              <w:spacing w:after="0" w:line="240" w:lineRule="auto"/>
            </w:pPr>
            <w:r w:rsidRPr="00E94BFC">
              <w:t>e-mail institucional</w:t>
            </w:r>
          </w:p>
        </w:tc>
      </w:tr>
      <w:tr w:rsidR="009B315D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Default="009B315D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  <w:r w:rsidR="00DA5E74">
              <w:rPr>
                <w:b/>
                <w:color w:val="8A1538"/>
                <w:sz w:val="18"/>
              </w:rPr>
              <w:t>/s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Default="009B315D" w:rsidP="006450F4">
            <w:pPr>
              <w:spacing w:after="0" w:line="240" w:lineRule="auto"/>
            </w:pPr>
          </w:p>
        </w:tc>
      </w:tr>
      <w:tr w:rsidR="009B315D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Default="009B315D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Formación teológica y pedagógica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B315D" w:rsidRDefault="009B315D" w:rsidP="006450F4">
            <w:pPr>
              <w:spacing w:after="0" w:line="240" w:lineRule="auto"/>
            </w:pPr>
          </w:p>
        </w:tc>
      </w:tr>
      <w:tr w:rsidR="003C0267" w:rsidTr="0001196F">
        <w:trPr>
          <w:trHeight w:val="504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C0267" w:rsidRDefault="003C0267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Experiencia docente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C0267" w:rsidRDefault="00476225" w:rsidP="003C0267">
            <w:pPr>
              <w:spacing w:after="0" w:line="240" w:lineRule="auto"/>
            </w:pPr>
            <w:sdt>
              <w:sdtPr>
                <w:id w:val="-201282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6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267">
              <w:t xml:space="preserve"> Educación Infantil                         </w:t>
            </w:r>
            <w:sdt>
              <w:sdtPr>
                <w:id w:val="-73408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267">
              <w:t xml:space="preserve"> Educación Secundaria</w:t>
            </w:r>
          </w:p>
          <w:p w:rsidR="003C0267" w:rsidRDefault="00476225" w:rsidP="003C0267">
            <w:pPr>
              <w:spacing w:after="0" w:line="240" w:lineRule="auto"/>
            </w:pPr>
            <w:sdt>
              <w:sdtPr>
                <w:id w:val="80604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267">
              <w:t xml:space="preserve"> Educación Primaria                      </w:t>
            </w:r>
            <w:sdt>
              <w:sdtPr>
                <w:id w:val="28177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267">
              <w:t xml:space="preserve"> Bachillerato</w:t>
            </w:r>
          </w:p>
          <w:p w:rsidR="003C0267" w:rsidRPr="003C0267" w:rsidRDefault="00476225" w:rsidP="003C0267">
            <w:pPr>
              <w:spacing w:after="0" w:line="240" w:lineRule="auto"/>
            </w:pPr>
            <w:sdt>
              <w:sdtPr>
                <w:id w:val="183557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267">
              <w:t xml:space="preserve"> Docencia a nivel universitario</w:t>
            </w:r>
          </w:p>
        </w:tc>
      </w:tr>
      <w:tr w:rsidR="00D506C1" w:rsidTr="0001196F">
        <w:trPr>
          <w:trHeight w:val="237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D506C1" w:rsidP="00D506C1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D506C1" w:rsidRDefault="008C7B7A" w:rsidP="00D506C1">
            <w:pPr>
              <w:spacing w:after="0" w:line="240" w:lineRule="auto"/>
            </w:pPr>
            <w:r>
              <w:t>Descripción</w:t>
            </w:r>
            <w:r w:rsidR="00D506C1">
              <w:t>:</w:t>
            </w:r>
            <w:bookmarkStart w:id="0" w:name="_GoBack"/>
            <w:bookmarkEnd w:id="0"/>
          </w:p>
        </w:tc>
      </w:tr>
      <w:tr w:rsidR="00D506C1" w:rsidTr="0001196F">
        <w:trPr>
          <w:trHeight w:val="117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D506C1" w:rsidP="00D506C1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Competencia </w:t>
            </w:r>
            <w:r w:rsidR="008C7B7A">
              <w:rPr>
                <w:b/>
                <w:color w:val="8A1538"/>
                <w:sz w:val="18"/>
              </w:rPr>
              <w:t>d</w:t>
            </w:r>
            <w:r>
              <w:rPr>
                <w:b/>
                <w:color w:val="8A1538"/>
                <w:sz w:val="18"/>
              </w:rPr>
              <w:t xml:space="preserve">igital </w:t>
            </w:r>
            <w:r w:rsidR="008C7B7A">
              <w:rPr>
                <w:b/>
                <w:color w:val="8A1538"/>
                <w:sz w:val="18"/>
              </w:rPr>
              <w:t>d</w:t>
            </w:r>
            <w:r>
              <w:rPr>
                <w:b/>
                <w:color w:val="8A1538"/>
                <w:sz w:val="18"/>
              </w:rPr>
              <w:t>ocente</w:t>
            </w:r>
            <w:r w:rsidR="00967AB8">
              <w:rPr>
                <w:rStyle w:val="Refdenotaalpie"/>
                <w:b/>
                <w:color w:val="8A1538"/>
                <w:sz w:val="18"/>
              </w:rPr>
              <w:footnoteReference w:id="1"/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476225" w:rsidP="00D506C1">
            <w:pPr>
              <w:spacing w:after="0" w:line="240" w:lineRule="auto"/>
            </w:pPr>
            <w:sdt>
              <w:sdtPr>
                <w:id w:val="155704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06C1">
              <w:t xml:space="preserve"> Certificación oficial de nivel </w:t>
            </w:r>
            <w:sdt>
              <w:sdtPr>
                <w:id w:val="435493771"/>
                <w:placeholder>
                  <w:docPart w:val="2BBA439D7ECD492EAACBB947BB547933"/>
                </w:placeholder>
                <w:showingPlcHdr/>
                <w:dropDownList>
                  <w:listItem w:value="Elija un elemento del desplegable."/>
                  <w:listItem w:displayText="básico (A1, A2)" w:value="básico (A1, A2)"/>
                  <w:listItem w:displayText="intermedio (B1, B2)" w:value="intermedio (B1, B2)"/>
                  <w:listItem w:displayText="avanzado (C1. C2)" w:value="avanzado (C1. C2)"/>
                </w:dropDownList>
              </w:sdtPr>
              <w:sdtEndPr/>
              <w:sdtContent>
                <w:r w:rsidRPr="00FE5F08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D506C1" w:rsidRDefault="00476225" w:rsidP="00D506C1">
            <w:pPr>
              <w:spacing w:after="0" w:line="240" w:lineRule="auto"/>
            </w:pPr>
            <w:sdt>
              <w:sdtPr>
                <w:id w:val="-99911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D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3DF4">
              <w:t xml:space="preserve"> Experiencia en docencia virtual</w:t>
            </w:r>
          </w:p>
        </w:tc>
      </w:tr>
      <w:tr w:rsidR="00D506C1" w:rsidTr="0001196F">
        <w:trPr>
          <w:trHeight w:val="116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D506C1" w:rsidP="00D506C1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7B7A" w:rsidRDefault="008C7B7A" w:rsidP="00D506C1">
            <w:pPr>
              <w:spacing w:after="0" w:line="240" w:lineRule="auto"/>
            </w:pPr>
            <w:r>
              <w:t>Descripción experiencia</w:t>
            </w:r>
            <w:r w:rsidR="00D506C1">
              <w:t>:</w:t>
            </w:r>
          </w:p>
        </w:tc>
      </w:tr>
      <w:tr w:rsidR="00D506C1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D506C1" w:rsidP="00D506C1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Relación con el centro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506C1" w:rsidRDefault="00D506C1" w:rsidP="00D506C1">
            <w:pPr>
              <w:spacing w:after="0" w:line="240" w:lineRule="auto"/>
            </w:pPr>
          </w:p>
        </w:tc>
      </w:tr>
      <w:tr w:rsidR="00CE7FC6" w:rsidTr="002365EB">
        <w:trPr>
          <w:trHeight w:val="327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D506C1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Envío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sdt>
            <w:sdtPr>
              <w:id w:val="1871028008"/>
              <w:placeholder>
                <w:docPart w:val="BEDF184F4519420BA78FDA25A95E63A7"/>
              </w:placeholder>
              <w:showingPlcHdr/>
              <w:dropDownList>
                <w:listItem w:value="Elija un elemento."/>
                <w:listItem w:displayText="El profesor cuenta con documento de envío emitido por la autoridad eclesiástica correspondiente. " w:value="El profesor cuenta con documento de envío emitido por la autoridad eclesiástica correspondiente. "/>
                <w:listItem w:displayText="El profesor ocupa un cargo que implica el nombramiento de la autoridad eclesiástica correspondiente. " w:value="El profesor ocupa un cargo que implica el nombramiento de la autoridad eclesiástica correspondiente. "/>
                <w:listItem w:displayText="Otro" w:value="Otro"/>
              </w:dropDownList>
            </w:sdtPr>
            <w:sdtEndPr/>
            <w:sdtContent>
              <w:p w:rsidR="00CE7FC6" w:rsidRPr="00E94BFC" w:rsidRDefault="00CE7FC6" w:rsidP="00D506C1">
                <w:pPr>
                  <w:spacing w:after="0" w:line="240" w:lineRule="auto"/>
                </w:pPr>
                <w:r w:rsidRPr="00FE5F08">
                  <w:rPr>
                    <w:rStyle w:val="Textodelmarcadordeposicin"/>
                  </w:rPr>
                  <w:t>Elija un elemento.</w:t>
                </w:r>
              </w:p>
            </w:sdtContent>
          </w:sdt>
        </w:tc>
      </w:tr>
      <w:tr w:rsidR="00CE7FC6" w:rsidTr="002365EB">
        <w:trPr>
          <w:trHeight w:val="327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D506C1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D506C1">
            <w:pPr>
              <w:spacing w:after="0" w:line="240" w:lineRule="auto"/>
            </w:pPr>
            <w:r>
              <w:t xml:space="preserve">Fecha de envío/cargo/otro: </w:t>
            </w:r>
          </w:p>
        </w:tc>
      </w:tr>
    </w:tbl>
    <w:p w:rsidR="009B315D" w:rsidRDefault="009B315D" w:rsidP="009B315D">
      <w:pPr>
        <w:pStyle w:val="Hint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1"/>
        <w:gridCol w:w="6016"/>
      </w:tblGrid>
      <w:tr w:rsidR="0001196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PROFESOR RESPONSABLE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9B315D" w:rsidRDefault="0001196F" w:rsidP="0001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01196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Correo electrónico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E94BFC" w:rsidRDefault="0001196F" w:rsidP="0001196F">
            <w:pPr>
              <w:spacing w:after="0" w:line="240" w:lineRule="auto"/>
            </w:pPr>
            <w:r w:rsidRPr="00E94BFC">
              <w:t>e-mail institucional</w:t>
            </w:r>
          </w:p>
        </w:tc>
      </w:tr>
      <w:tr w:rsidR="0001196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Asignatura/s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Formación teológica y pedagógica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trHeight w:val="504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Experiencia docente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476225" w:rsidP="0001196F">
            <w:pPr>
              <w:spacing w:after="0" w:line="240" w:lineRule="auto"/>
            </w:pPr>
            <w:sdt>
              <w:sdtPr>
                <w:id w:val="188760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Infantil                         </w:t>
            </w:r>
            <w:sdt>
              <w:sdtPr>
                <w:id w:val="120683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Secundaria</w:t>
            </w:r>
          </w:p>
          <w:p w:rsidR="0001196F" w:rsidRDefault="00476225" w:rsidP="0001196F">
            <w:pPr>
              <w:spacing w:after="0" w:line="240" w:lineRule="auto"/>
            </w:pPr>
            <w:sdt>
              <w:sdtPr>
                <w:id w:val="-348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Primaria                      </w:t>
            </w:r>
            <w:sdt>
              <w:sdtPr>
                <w:id w:val="-48093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Bachillerato</w:t>
            </w:r>
          </w:p>
          <w:p w:rsidR="0001196F" w:rsidRPr="003C0267" w:rsidRDefault="00476225" w:rsidP="0001196F">
            <w:pPr>
              <w:spacing w:after="0" w:line="240" w:lineRule="auto"/>
            </w:pPr>
            <w:sdt>
              <w:sdtPr>
                <w:id w:val="-85827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Docencia a nivel universitario</w:t>
            </w:r>
          </w:p>
        </w:tc>
      </w:tr>
      <w:tr w:rsidR="0001196F" w:rsidTr="0001196F">
        <w:trPr>
          <w:trHeight w:val="243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01196F" w:rsidRDefault="0001196F" w:rsidP="0001196F">
            <w:pPr>
              <w:spacing w:after="0" w:line="240" w:lineRule="auto"/>
            </w:pPr>
            <w:r>
              <w:t>Descripción:</w:t>
            </w:r>
          </w:p>
        </w:tc>
      </w:tr>
      <w:tr w:rsidR="0001196F" w:rsidTr="0001196F">
        <w:trPr>
          <w:trHeight w:val="117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Competencia digital docente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476225" w:rsidP="0001196F">
            <w:pPr>
              <w:spacing w:after="0" w:line="240" w:lineRule="auto"/>
            </w:pPr>
            <w:sdt>
              <w:sdtPr>
                <w:id w:val="-145076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Certificación oficial de nivel </w:t>
            </w:r>
            <w:sdt>
              <w:sdtPr>
                <w:id w:val="-1092779098"/>
                <w:placeholder>
                  <w:docPart w:val="24273C345EF849C1B2A813C211FC6939"/>
                </w:placeholder>
                <w:showingPlcHdr/>
                <w:dropDownList>
                  <w:listItem w:value="Elija un elemento del desplegable."/>
                  <w:listItem w:displayText="básico (A1, A2)" w:value="básico (A1, A2)"/>
                  <w:listItem w:displayText="intermedio (B1, B2)" w:value="intermedio (B1, B2)"/>
                  <w:listItem w:displayText="avanzado (C1. C2)" w:value="avanzado (C1. C2)"/>
                </w:dropDownList>
              </w:sdtPr>
              <w:sdtEndPr/>
              <w:sdtContent>
                <w:r w:rsidR="0001196F" w:rsidRPr="00FE5F08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1196F" w:rsidRDefault="00476225" w:rsidP="0001196F">
            <w:pPr>
              <w:spacing w:after="0" w:line="240" w:lineRule="auto"/>
            </w:pPr>
            <w:sdt>
              <w:sdtPr>
                <w:id w:val="-97474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Experiencia en docencia virtual</w:t>
            </w:r>
          </w:p>
        </w:tc>
      </w:tr>
      <w:tr w:rsidR="0001196F" w:rsidTr="0001196F">
        <w:trPr>
          <w:trHeight w:val="116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t>Descripción experiencia:</w:t>
            </w:r>
          </w:p>
        </w:tc>
      </w:tr>
      <w:tr w:rsidR="0001196F" w:rsidTr="0001196F">
        <w:trPr>
          <w:jc w:val="center"/>
        </w:trPr>
        <w:tc>
          <w:tcPr>
            <w:tcW w:w="311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Relación con el centro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CE7FC6" w:rsidTr="00CE7FC6">
        <w:trPr>
          <w:trHeight w:val="290"/>
          <w:jc w:val="center"/>
        </w:trPr>
        <w:tc>
          <w:tcPr>
            <w:tcW w:w="3111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Envío</w:t>
            </w: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sdt>
            <w:sdtPr>
              <w:id w:val="876662142"/>
              <w:placeholder>
                <w:docPart w:val="113ABFBDF22643B1BBB777EBD9CEF627"/>
              </w:placeholder>
              <w:showingPlcHdr/>
              <w:dropDownList>
                <w:listItem w:value="Elija un elemento."/>
                <w:listItem w:displayText="El profesor cuenta con documento de envío emitido por la autoridad eclesiástica correspondiente. " w:value="El profesor cuenta con documento de envío emitido por la autoridad eclesiástica correspondiente. "/>
                <w:listItem w:displayText="El profesor ocupa un cargo que implica el nombramiento de la autoridad eclesiástica correspondiente. " w:value="El profesor ocupa un cargo que implica el nombramiento de la autoridad eclesiástica correspondiente. "/>
                <w:listItem w:displayText="Otro" w:value="Otro"/>
              </w:dropDownList>
            </w:sdtPr>
            <w:sdtEndPr/>
            <w:sdtContent>
              <w:p w:rsidR="00CE7FC6" w:rsidRPr="00E94BFC" w:rsidRDefault="00CE7FC6" w:rsidP="00CE7FC6">
                <w:pPr>
                  <w:spacing w:after="0" w:line="240" w:lineRule="auto"/>
                </w:pPr>
                <w:r w:rsidRPr="00FE5F08">
                  <w:rPr>
                    <w:rStyle w:val="Textodelmarcadordeposicin"/>
                  </w:rPr>
                  <w:t>Elija un elemento.</w:t>
                </w:r>
              </w:p>
            </w:sdtContent>
          </w:sdt>
        </w:tc>
      </w:tr>
      <w:tr w:rsidR="00CE7FC6" w:rsidTr="00CE7FC6">
        <w:trPr>
          <w:trHeight w:val="267"/>
          <w:jc w:val="center"/>
        </w:trPr>
        <w:tc>
          <w:tcPr>
            <w:tcW w:w="3111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601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</w:pPr>
            <w:r>
              <w:t xml:space="preserve">Fecha de envío/cargo/otro: </w:t>
            </w:r>
          </w:p>
        </w:tc>
      </w:tr>
    </w:tbl>
    <w:p w:rsidR="00682E78" w:rsidRDefault="00682E78" w:rsidP="009B315D">
      <w:pPr>
        <w:pStyle w:val="Hint"/>
      </w:pPr>
    </w:p>
    <w:p w:rsidR="00CE7FC6" w:rsidRDefault="00CE7FC6">
      <w:pPr>
        <w:spacing w:after="200" w:line="276" w:lineRule="auto"/>
      </w:pPr>
    </w:p>
    <w:sectPr w:rsidR="00CE7FC6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  <w:footnote w:id="1">
    <w:p w:rsidR="00967AB8" w:rsidRDefault="00967AB8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967AB8">
          <w:rPr>
            <w:color w:val="6B7280"/>
            <w:sz w:val="17"/>
            <w:szCs w:val="22"/>
            <w:u w:val="single"/>
          </w:rPr>
          <w:t>https://intef.es/competencia-digital-educativa/competencia-digital-docente/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3F4F38"/>
    <w:rsid w:val="00430499"/>
    <w:rsid w:val="00431C47"/>
    <w:rsid w:val="00470937"/>
    <w:rsid w:val="00476225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C5A57FF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f.es/competencia-digital-educativa/competencia-digital-docent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BA439D7ECD492EAACBB947BB547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BD22-F0D0-466F-91B8-3E782F30779A}"/>
      </w:docPartPr>
      <w:docPartBody>
        <w:p w:rsidR="00A87779" w:rsidRDefault="00A87779" w:rsidP="00A87779">
          <w:pPr>
            <w:pStyle w:val="2BBA439D7ECD492EAACBB947BB547933"/>
          </w:pPr>
          <w:r w:rsidRPr="00FE5F08">
            <w:rPr>
              <w:rStyle w:val="Textodelmarcadordeposicin"/>
            </w:rPr>
            <w:t>Elija un elemento.</w:t>
          </w:r>
        </w:p>
      </w:docPartBody>
    </w:docPart>
    <w:docPart>
      <w:docPartPr>
        <w:name w:val="24273C345EF849C1B2A813C211FC6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32B6C-7825-4E6D-AD83-DB793B72A97C}"/>
      </w:docPartPr>
      <w:docPartBody>
        <w:p w:rsidR="00A87779" w:rsidRDefault="00A87779" w:rsidP="00A87779">
          <w:pPr>
            <w:pStyle w:val="24273C345EF849C1B2A813C211FC6939"/>
          </w:pPr>
          <w:r w:rsidRPr="00FE5F08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F184F4519420BA78FDA25A95E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0ABC-5499-458D-B679-1CEE7880540F}"/>
      </w:docPartPr>
      <w:docPartBody>
        <w:p w:rsidR="002C5319" w:rsidRDefault="00A87779" w:rsidP="00A87779">
          <w:pPr>
            <w:pStyle w:val="BEDF184F4519420BA78FDA25A95E63A7"/>
          </w:pPr>
          <w:r w:rsidRPr="00FE5F08">
            <w:rPr>
              <w:rStyle w:val="Textodelmarcadordeposicin"/>
            </w:rPr>
            <w:t>Elija un elemento.</w:t>
          </w:r>
        </w:p>
      </w:docPartBody>
    </w:docPart>
    <w:docPart>
      <w:docPartPr>
        <w:name w:val="113ABFBDF22643B1BBB777EBD9CEF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A50F2-48D2-4734-92A1-FF61F442AA5E}"/>
      </w:docPartPr>
      <w:docPartBody>
        <w:p w:rsidR="002C5319" w:rsidRDefault="00A87779" w:rsidP="00A87779">
          <w:pPr>
            <w:pStyle w:val="113ABFBDF22643B1BBB777EBD9CEF627"/>
          </w:pPr>
          <w:r w:rsidRPr="00FE5F0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AF"/>
    <w:rsid w:val="002C5319"/>
    <w:rsid w:val="00A87779"/>
    <w:rsid w:val="00B3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7779"/>
    <w:rPr>
      <w:color w:val="808080"/>
    </w:rPr>
  </w:style>
  <w:style w:type="paragraph" w:customStyle="1" w:styleId="9C2293A11BEB452DA0B92B00C6D42EFB">
    <w:name w:val="9C2293A11BEB452DA0B92B00C6D42EFB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">
    <w:name w:val="DC6527B06D2242888959A355FAC05184"/>
    <w:rsid w:val="00B32BAF"/>
  </w:style>
  <w:style w:type="paragraph" w:customStyle="1" w:styleId="73C454E93C804755906A768971EFD3E1">
    <w:name w:val="73C454E93C804755906A768971EFD3E1"/>
    <w:rsid w:val="00B32BAF"/>
  </w:style>
  <w:style w:type="paragraph" w:customStyle="1" w:styleId="FF353AA476FE43C6AF1D9826765D6E16">
    <w:name w:val="FF353AA476FE43C6AF1D9826765D6E1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">
    <w:name w:val="4F2E174F5FC24AF6BC35C33E93BC7E6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">
    <w:name w:val="BD38F1E317A94C6D99DA44C7FFCFE550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">
    <w:name w:val="2074FDC07E464494BBA14039F0AFD5F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1">
    <w:name w:val="DC6527B06D2242888959A355FAC05184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1">
    <w:name w:val="FF353AA476FE43C6AF1D9826765D6E1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1">
    <w:name w:val="4F2E174F5FC24AF6BC35C33E93BC7E63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1">
    <w:name w:val="BD38F1E317A94C6D99DA44C7FFCFE550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1">
    <w:name w:val="2074FDC07E464494BBA14039F0AFD5F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2">
    <w:name w:val="DC6527B06D2242888959A355FAC05184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">
    <w:name w:val="E7B16D70F88F47F1BD4F7A1DC51E1798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2">
    <w:name w:val="FF353AA476FE43C6AF1D9826765D6E1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2">
    <w:name w:val="4F2E174F5FC24AF6BC35C33E93BC7E63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2">
    <w:name w:val="BD38F1E317A94C6D99DA44C7FFCFE550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2">
    <w:name w:val="2074FDC07E464494BBA14039F0AFD5F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3">
    <w:name w:val="DC6527B06D2242888959A355FAC05184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1">
    <w:name w:val="E7B16D70F88F47F1BD4F7A1DC51E1798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4">
    <w:name w:val="DC6527B06D2242888959A355FAC051844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316563980EF44D0B8307158D70A68ADC">
    <w:name w:val="316563980EF44D0B8307158D70A68ADC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AADD727ECBC942DB8E991757783AF010">
    <w:name w:val="AADD727ECBC942DB8E991757783AF010"/>
    <w:rsid w:val="00A87779"/>
  </w:style>
  <w:style w:type="paragraph" w:customStyle="1" w:styleId="F7B52667667C4CD5AC2DEEBEBE1D7FA0">
    <w:name w:val="F7B52667667C4CD5AC2DEEBEBE1D7FA0"/>
    <w:rsid w:val="00A87779"/>
  </w:style>
  <w:style w:type="paragraph" w:customStyle="1" w:styleId="5C4728A601C941B8A10DB2A65E1E7912">
    <w:name w:val="5C4728A601C941B8A10DB2A65E1E7912"/>
    <w:rsid w:val="00A87779"/>
  </w:style>
  <w:style w:type="paragraph" w:customStyle="1" w:styleId="ED1B75FC73FB413A89B8EB547536386F">
    <w:name w:val="ED1B75FC73FB413A89B8EB547536386F"/>
    <w:rsid w:val="00A87779"/>
  </w:style>
  <w:style w:type="paragraph" w:customStyle="1" w:styleId="24AC990CE81840EB89BFF07B1C7AEF10">
    <w:name w:val="24AC990CE81840EB89BFF07B1C7AEF10"/>
    <w:rsid w:val="00A87779"/>
  </w:style>
  <w:style w:type="paragraph" w:customStyle="1" w:styleId="F5CF1CF2C93C4A638A09D732432C58A2">
    <w:name w:val="F5CF1CF2C93C4A638A09D732432C58A2"/>
    <w:rsid w:val="00A87779"/>
  </w:style>
  <w:style w:type="paragraph" w:customStyle="1" w:styleId="4BE59167498C43749DE56B3B32D3C205">
    <w:name w:val="4BE59167498C43749DE56B3B32D3C205"/>
    <w:rsid w:val="00A87779"/>
  </w:style>
  <w:style w:type="paragraph" w:customStyle="1" w:styleId="5D42222E76E74ABCBEAD084A8A9729AA">
    <w:name w:val="5D42222E76E74ABCBEAD084A8A9729AA"/>
    <w:rsid w:val="00A87779"/>
  </w:style>
  <w:style w:type="paragraph" w:customStyle="1" w:styleId="3F0111BFC9334C72BFA3DF558DB2ED15">
    <w:name w:val="3F0111BFC9334C72BFA3DF558DB2ED15"/>
    <w:rsid w:val="00A87779"/>
  </w:style>
  <w:style w:type="paragraph" w:customStyle="1" w:styleId="0BB69D1F438F4A5DA56A062DB3F323F3">
    <w:name w:val="0BB69D1F438F4A5DA56A062DB3F323F3"/>
    <w:rsid w:val="00A87779"/>
  </w:style>
  <w:style w:type="paragraph" w:customStyle="1" w:styleId="2BBA439D7ECD492EAACBB947BB547933">
    <w:name w:val="2BBA439D7ECD492EAACBB947BB547933"/>
    <w:rsid w:val="00A87779"/>
  </w:style>
  <w:style w:type="paragraph" w:customStyle="1" w:styleId="ECB6393B7D664DF69C7A0E81BA97BFD0">
    <w:name w:val="ECB6393B7D664DF69C7A0E81BA97BFD0"/>
    <w:rsid w:val="00A87779"/>
  </w:style>
  <w:style w:type="paragraph" w:customStyle="1" w:styleId="9170917BD15C4BAFB3155AF2B0F52FBB">
    <w:name w:val="9170917BD15C4BAFB3155AF2B0F52FBB"/>
    <w:rsid w:val="00A87779"/>
  </w:style>
  <w:style w:type="paragraph" w:customStyle="1" w:styleId="CD5B9FA9E53E4CCF81C7A5C0A189F4C7">
    <w:name w:val="CD5B9FA9E53E4CCF81C7A5C0A189F4C7"/>
    <w:rsid w:val="00A87779"/>
  </w:style>
  <w:style w:type="paragraph" w:customStyle="1" w:styleId="24273C345EF849C1B2A813C211FC6939">
    <w:name w:val="24273C345EF849C1B2A813C211FC6939"/>
    <w:rsid w:val="00A87779"/>
  </w:style>
  <w:style w:type="paragraph" w:customStyle="1" w:styleId="BEDF184F4519420BA78FDA25A95E63A7">
    <w:name w:val="BEDF184F4519420BA78FDA25A95E63A7"/>
    <w:rsid w:val="00A87779"/>
  </w:style>
  <w:style w:type="paragraph" w:customStyle="1" w:styleId="33A70A0B8A8441BBB553F7B0AA7917A1">
    <w:name w:val="33A70A0B8A8441BBB553F7B0AA7917A1"/>
    <w:rsid w:val="00A87779"/>
  </w:style>
  <w:style w:type="paragraph" w:customStyle="1" w:styleId="113ABFBDF22643B1BBB777EBD9CEF627">
    <w:name w:val="113ABFBDF22643B1BBB777EBD9CEF627"/>
    <w:rsid w:val="00A87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03AE35-BF43-43B5-9C53-4DE38199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3</cp:revision>
  <cp:lastPrinted>2026-06-16T12:16:00Z</cp:lastPrinted>
  <dcterms:created xsi:type="dcterms:W3CDTF">2026-06-16T13:12:00Z</dcterms:created>
  <dcterms:modified xsi:type="dcterms:W3CDTF">2026-06-16T13:13:00Z</dcterms:modified>
  <cp:category/>
</cp:coreProperties>
</file>