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FA2" w:rsidRPr="00436AC5" w:rsidRDefault="00A42FA2" w:rsidP="00A42FA2">
      <w:pPr>
        <w:pStyle w:val="H2"/>
      </w:pPr>
      <w:bookmarkStart w:id="0" w:name="_Hlk240374799"/>
      <w:r w:rsidRPr="00436AC5">
        <w:t>M01 / Modelo normalizado para la solicitud de acreditación inicial de programas DECA en modalidad virtual</w:t>
      </w:r>
    </w:p>
    <w:p w:rsidR="00144C2A" w:rsidRDefault="00F118C5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 xml:space="preserve">IDENTIFICACIÓN DEL PROGRAMA </w:t>
      </w:r>
    </w:p>
    <w:p w:rsidR="00144C2A" w:rsidRDefault="003B6D38">
      <w:pPr>
        <w:pStyle w:val="Hint"/>
      </w:pPr>
      <w:r>
        <w:t>Identificación académica del programa y estructura del plan de estudios.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180"/>
      </w:tblGrid>
      <w:tr w:rsidR="00144C2A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3B6D3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Centro </w:t>
            </w:r>
            <w:r w:rsidR="00C22B11">
              <w:rPr>
                <w:b/>
                <w:color w:val="8A1538"/>
                <w:sz w:val="18"/>
              </w:rPr>
              <w:t xml:space="preserve">de estudios </w:t>
            </w:r>
            <w:r>
              <w:rPr>
                <w:b/>
                <w:color w:val="8A1538"/>
                <w:sz w:val="18"/>
              </w:rPr>
              <w:t>solicitante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Pr="00F118C5" w:rsidRDefault="003707B4">
            <w:pPr>
              <w:spacing w:after="0" w:line="240" w:lineRule="auto"/>
              <w:rPr>
                <w:b/>
              </w:rPr>
            </w:pPr>
            <w:r w:rsidRPr="00FD3725">
              <w:rPr>
                <w:b/>
              </w:rPr>
              <w:t>Nombre completo del centro de estudios</w:t>
            </w:r>
          </w:p>
        </w:tc>
      </w:tr>
      <w:tr w:rsidR="00144C2A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3B6D3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Universidad </w:t>
            </w:r>
            <w:r w:rsidR="00362B04">
              <w:rPr>
                <w:b/>
                <w:color w:val="8A1538"/>
                <w:sz w:val="18"/>
              </w:rPr>
              <w:t>de vinculación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144C2A">
            <w:pPr>
              <w:spacing w:after="0" w:line="240" w:lineRule="auto"/>
            </w:pPr>
          </w:p>
        </w:tc>
      </w:tr>
      <w:tr w:rsidR="00C22B11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22B11" w:rsidRDefault="00C22B11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Etapa DECA</w:t>
            </w:r>
          </w:p>
        </w:tc>
        <w:sdt>
          <w:sdtPr>
            <w:id w:val="1994367291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Educación Infantil y Primaria" w:value="Educación Infantil y Primaria"/>
              <w:listItem w:displayText="Educación Secundaria y Bachillerato" w:value="Educación Secundaria y Bachillerato"/>
            </w:dropDownList>
          </w:sdtPr>
          <w:sdtContent>
            <w:tc>
              <w:tcPr>
                <w:tcW w:w="6180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C22B11" w:rsidRDefault="00FD3725">
                <w:pPr>
                  <w:spacing w:after="0" w:line="240" w:lineRule="auto"/>
                </w:pPr>
                <w:r w:rsidRPr="00FE5F08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144C2A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C22B11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Modalidad de enseñanza</w:t>
            </w:r>
            <w:r w:rsidR="00C8256B">
              <w:rPr>
                <w:rStyle w:val="Refdenotaalpie"/>
                <w:b/>
                <w:color w:val="8A1538"/>
                <w:sz w:val="18"/>
              </w:rPr>
              <w:footnoteReference w:id="1"/>
            </w:r>
          </w:p>
        </w:tc>
        <w:sdt>
          <w:sdtPr>
            <w:id w:val="1548489769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Virtual" w:value="Virtual"/>
              <w:listItem w:displayText="Mixta" w:value="Mixta"/>
            </w:dropDownList>
          </w:sdtPr>
          <w:sdtContent>
            <w:tc>
              <w:tcPr>
                <w:tcW w:w="6180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144C2A" w:rsidRDefault="00FD3725">
                <w:pPr>
                  <w:spacing w:after="0" w:line="240" w:lineRule="auto"/>
                </w:pPr>
                <w:r w:rsidRPr="00FE5F08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144C2A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3B6D3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Créditos </w:t>
            </w:r>
            <w:r w:rsidR="00E13897">
              <w:rPr>
                <w:b/>
                <w:color w:val="8A1538"/>
                <w:sz w:val="18"/>
              </w:rPr>
              <w:t xml:space="preserve">ECTS </w:t>
            </w:r>
            <w:r>
              <w:rPr>
                <w:b/>
                <w:color w:val="8A1538"/>
                <w:sz w:val="18"/>
              </w:rPr>
              <w:t>totales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DD4F9A">
            <w:pPr>
              <w:spacing w:after="0" w:line="240" w:lineRule="auto"/>
            </w:pPr>
            <w:r>
              <w:t>ECTS</w:t>
            </w:r>
          </w:p>
        </w:tc>
      </w:tr>
      <w:tr w:rsidR="00C22B11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22B11" w:rsidRDefault="00C22B11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Duración del programa</w:t>
            </w:r>
            <w:r w:rsidR="00F118C5">
              <w:rPr>
                <w:rStyle w:val="Refdenotaalpie"/>
                <w:b/>
                <w:color w:val="8A1538"/>
                <w:sz w:val="18"/>
              </w:rPr>
              <w:footnoteReference w:id="2"/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22B11" w:rsidRDefault="00EF77A5">
            <w:pPr>
              <w:spacing w:after="0" w:line="240" w:lineRule="auto"/>
            </w:pPr>
            <w:r>
              <w:t>semanas</w:t>
            </w:r>
          </w:p>
        </w:tc>
      </w:tr>
      <w:tr w:rsidR="006D0474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6D0474" w:rsidRDefault="00561769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</w:t>
            </w:r>
            <w:r w:rsidR="00362B04" w:rsidRPr="00362B04">
              <w:rPr>
                <w:b/>
                <w:color w:val="8A1538"/>
                <w:sz w:val="18"/>
              </w:rPr>
              <w:t>edicación diaria media del alumno</w:t>
            </w:r>
            <w:r w:rsidR="00B24F34">
              <w:rPr>
                <w:rStyle w:val="Refdenotaalpie"/>
                <w:b/>
                <w:color w:val="8A1538"/>
                <w:sz w:val="18"/>
              </w:rPr>
              <w:footnoteReference w:id="3"/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6D0474" w:rsidRDefault="00DD4F9A">
            <w:pPr>
              <w:spacing w:after="0" w:line="240" w:lineRule="auto"/>
            </w:pPr>
            <w:r>
              <w:t>h/día</w:t>
            </w:r>
          </w:p>
        </w:tc>
      </w:tr>
    </w:tbl>
    <w:p w:rsidR="00761338" w:rsidRDefault="00761338" w:rsidP="00A90594">
      <w:pPr>
        <w:pStyle w:val="H2"/>
        <w:spacing w:before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180"/>
      </w:tblGrid>
      <w:tr w:rsidR="00761338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A90594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Coordinador DECA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</w:pPr>
            <w:r>
              <w:t>Nombre y apellidos</w:t>
            </w:r>
          </w:p>
        </w:tc>
      </w:tr>
      <w:tr w:rsidR="00761338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Cargo en el centro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</w:pPr>
            <w:r>
              <w:t>Cargo</w:t>
            </w:r>
          </w:p>
        </w:tc>
      </w:tr>
      <w:tr w:rsidR="00761338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E-mail institucional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</w:pPr>
            <w:r>
              <w:t>e-mail</w:t>
            </w:r>
          </w:p>
        </w:tc>
      </w:tr>
      <w:tr w:rsidR="00761338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Teléfono</w:t>
            </w:r>
          </w:p>
        </w:tc>
        <w:tc>
          <w:tcPr>
            <w:tcW w:w="618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761338" w:rsidRDefault="00761338" w:rsidP="000B0EF5">
            <w:pPr>
              <w:spacing w:after="0" w:line="240" w:lineRule="auto"/>
            </w:pPr>
            <w:r>
              <w:t>teléfono</w:t>
            </w:r>
          </w:p>
        </w:tc>
      </w:tr>
    </w:tbl>
    <w:bookmarkEnd w:id="0"/>
    <w:p w:rsidR="00FD3725" w:rsidRDefault="00FD3725" w:rsidP="00A90594">
      <w:pPr>
        <w:pStyle w:val="H2"/>
      </w:pPr>
      <w:r>
        <w:t>Fechas y referencia pública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69"/>
        <w:gridCol w:w="6158"/>
      </w:tblGrid>
      <w:tr w:rsidR="00FD3725" w:rsidTr="00704E05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</w:pPr>
            <w:r w:rsidRPr="00362B04">
              <w:rPr>
                <w:b/>
                <w:color w:val="8A1538"/>
                <w:sz w:val="18"/>
              </w:rPr>
              <w:t>Fecha de implantación prevista</w:t>
            </w:r>
          </w:p>
        </w:tc>
        <w:tc>
          <w:tcPr>
            <w:tcW w:w="615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</w:pPr>
          </w:p>
        </w:tc>
      </w:tr>
      <w:tr w:rsidR="00FD3725" w:rsidTr="00704E05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Plazas ofertadas por edición</w:t>
            </w:r>
          </w:p>
        </w:tc>
        <w:tc>
          <w:tcPr>
            <w:tcW w:w="615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</w:pPr>
            <w:r>
              <w:t>plazas</w:t>
            </w:r>
          </w:p>
        </w:tc>
      </w:tr>
      <w:tr w:rsidR="00FD3725" w:rsidTr="00704E05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Número de ediciones/año</w:t>
            </w:r>
          </w:p>
        </w:tc>
        <w:tc>
          <w:tcPr>
            <w:tcW w:w="615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</w:pPr>
            <w:r>
              <w:t>ediciones</w:t>
            </w:r>
          </w:p>
        </w:tc>
      </w:tr>
      <w:tr w:rsidR="00FD3725" w:rsidTr="00704E05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Default="00FD3725" w:rsidP="00704E0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Fecha última aprobación</w:t>
            </w:r>
            <w:r>
              <w:rPr>
                <w:rStyle w:val="Refdenotaalpie"/>
                <w:b/>
                <w:color w:val="8A1538"/>
                <w:sz w:val="18"/>
              </w:rPr>
              <w:footnoteReference w:id="4"/>
            </w:r>
            <w:r>
              <w:rPr>
                <w:b/>
                <w:color w:val="8A1538"/>
                <w:sz w:val="18"/>
              </w:rPr>
              <w:t xml:space="preserve"> </w:t>
            </w:r>
          </w:p>
        </w:tc>
        <w:tc>
          <w:tcPr>
            <w:tcW w:w="615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D3725" w:rsidRPr="00C22B11" w:rsidRDefault="00A02C87" w:rsidP="00704E05">
            <w:pPr>
              <w:spacing w:after="0" w:line="240" w:lineRule="auto"/>
              <w:rPr>
                <w:highlight w:val="yellow"/>
              </w:rPr>
            </w:pP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aaaa</w:t>
            </w:r>
            <w:proofErr w:type="spellEnd"/>
            <w:r>
              <w:t xml:space="preserve">, </w:t>
            </w:r>
            <w:r w:rsidR="00FD3725" w:rsidRPr="007D363A">
              <w:t>modalidad</w:t>
            </w:r>
          </w:p>
        </w:tc>
      </w:tr>
    </w:tbl>
    <w:p w:rsidR="00AB4165" w:rsidRDefault="00A02C87" w:rsidP="00AB4165">
      <w:pPr>
        <w:pStyle w:val="H2"/>
      </w:pPr>
      <w:r>
        <w:t>Estructura del plan de estudios</w:t>
      </w:r>
    </w:p>
    <w:p w:rsidR="00AB4165" w:rsidRPr="008F679E" w:rsidRDefault="00AB4165" w:rsidP="00AB4165">
      <w:pPr>
        <w:pStyle w:val="H2"/>
        <w:spacing w:before="0"/>
        <w:rPr>
          <w:b w:val="0"/>
          <w:color w:val="6B7280"/>
          <w:sz w:val="17"/>
        </w:rPr>
      </w:pPr>
      <w:r>
        <w:rPr>
          <w:b w:val="0"/>
          <w:color w:val="6B7280"/>
          <w:sz w:val="17"/>
        </w:rPr>
        <w:t>Añadan o eliminen filas según sea necesario</w:t>
      </w:r>
    </w:p>
    <w:tbl>
      <w:tblPr>
        <w:tblStyle w:val="Tablaconcuadrcula"/>
        <w:tblW w:w="9490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3543"/>
        <w:gridCol w:w="709"/>
        <w:gridCol w:w="3402"/>
        <w:gridCol w:w="1418"/>
      </w:tblGrid>
      <w:tr w:rsidR="00EF77A5" w:rsidTr="00EF77A5">
        <w:trPr>
          <w:tblHeader/>
          <w:jc w:val="center"/>
        </w:trPr>
        <w:tc>
          <w:tcPr>
            <w:tcW w:w="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EF77A5" w:rsidRDefault="00EF77A5" w:rsidP="000B0EF5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</w:p>
        </w:tc>
        <w:tc>
          <w:tcPr>
            <w:tcW w:w="35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70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ECTS</w:t>
            </w:r>
          </w:p>
        </w:tc>
        <w:tc>
          <w:tcPr>
            <w:tcW w:w="34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Profesor responsable</w:t>
            </w: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EF77A5" w:rsidRDefault="00EF77A5" w:rsidP="000B0EF5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Duración (semanas)</w:t>
            </w:r>
          </w:p>
        </w:tc>
      </w:tr>
      <w:tr w:rsidR="00EF77A5" w:rsidTr="00EF77A5">
        <w:trPr>
          <w:jc w:val="center"/>
        </w:trPr>
        <w:tc>
          <w:tcPr>
            <w:tcW w:w="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A02C8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5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0B0EF5">
            <w:pPr>
              <w:spacing w:after="0" w:line="240" w:lineRule="auto"/>
            </w:pPr>
          </w:p>
        </w:tc>
      </w:tr>
      <w:tr w:rsidR="00EF77A5" w:rsidTr="00EF77A5">
        <w:trPr>
          <w:jc w:val="center"/>
        </w:trPr>
        <w:tc>
          <w:tcPr>
            <w:tcW w:w="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A02C8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5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0B0EF5">
            <w:pPr>
              <w:spacing w:after="0" w:line="240" w:lineRule="auto"/>
            </w:pPr>
          </w:p>
        </w:tc>
      </w:tr>
      <w:tr w:rsidR="00EF77A5" w:rsidTr="00EF77A5">
        <w:trPr>
          <w:jc w:val="center"/>
        </w:trPr>
        <w:tc>
          <w:tcPr>
            <w:tcW w:w="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A02C8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5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0B0EF5">
            <w:pPr>
              <w:spacing w:after="0" w:line="240" w:lineRule="auto"/>
            </w:pPr>
          </w:p>
        </w:tc>
      </w:tr>
      <w:tr w:rsidR="00EF77A5" w:rsidTr="00EF77A5">
        <w:trPr>
          <w:jc w:val="center"/>
        </w:trPr>
        <w:tc>
          <w:tcPr>
            <w:tcW w:w="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A02C8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5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F77A5" w:rsidRDefault="00EF77A5" w:rsidP="000B0EF5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EF77A5" w:rsidRDefault="00EF77A5" w:rsidP="000B0EF5">
            <w:pPr>
              <w:spacing w:after="0" w:line="240" w:lineRule="auto"/>
            </w:pPr>
          </w:p>
        </w:tc>
      </w:tr>
    </w:tbl>
    <w:p w:rsidR="00761338" w:rsidRDefault="00761338">
      <w:pPr>
        <w:spacing w:after="200" w:line="276" w:lineRule="auto"/>
        <w:rPr>
          <w:color w:val="6B7280"/>
          <w:sz w:val="17"/>
        </w:rPr>
      </w:pPr>
      <w:r>
        <w:rPr>
          <w:b/>
          <w:color w:val="6B7280"/>
          <w:sz w:val="17"/>
        </w:rPr>
        <w:br w:type="page"/>
      </w:r>
    </w:p>
    <w:p w:rsidR="00482831" w:rsidRDefault="00482831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lastRenderedPageBreak/>
        <w:t>SISTEMA TUTORIAL</w:t>
      </w:r>
    </w:p>
    <w:p w:rsidR="00482831" w:rsidRDefault="00482831" w:rsidP="00482831">
      <w:pPr>
        <w:pStyle w:val="H2"/>
        <w:spacing w:after="0"/>
      </w:pPr>
      <w:r>
        <w:t>Descripción del sistema tutorial</w:t>
      </w:r>
    </w:p>
    <w:p w:rsidR="00482831" w:rsidRDefault="00482831" w:rsidP="00482831">
      <w:pPr>
        <w:pStyle w:val="Hint"/>
      </w:pPr>
      <w:r>
        <w:t>Describan brevemente la organización del acompañamiento y de la respuesta tutorial al estudiante.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28"/>
      </w:tblGrid>
      <w:tr w:rsidR="00482831" w:rsidTr="00C24A28">
        <w:trPr>
          <w:jc w:val="center"/>
        </w:trPr>
        <w:tc>
          <w:tcPr>
            <w:tcW w:w="912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  <w:p w:rsidR="00482831" w:rsidRDefault="00482831" w:rsidP="00C24A28">
            <w:pPr>
              <w:spacing w:after="0" w:line="240" w:lineRule="auto"/>
            </w:pPr>
          </w:p>
          <w:p w:rsidR="00482831" w:rsidRDefault="00482831" w:rsidP="00C24A28">
            <w:pPr>
              <w:spacing w:after="0" w:line="240" w:lineRule="auto"/>
            </w:pPr>
          </w:p>
        </w:tc>
      </w:tr>
    </w:tbl>
    <w:p w:rsidR="00482831" w:rsidRDefault="00482831" w:rsidP="00482831">
      <w:pPr>
        <w:pStyle w:val="Hint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69"/>
        <w:gridCol w:w="1418"/>
        <w:gridCol w:w="4740"/>
      </w:tblGrid>
      <w:tr w:rsidR="00482831" w:rsidRPr="009B315D" w:rsidTr="00C24A28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Mensajería interna del EVA</w:t>
            </w: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A42FA2" w:rsidP="00C24A28">
            <w:pPr>
              <w:spacing w:after="0" w:line="240" w:lineRule="auto"/>
            </w:pPr>
            <w:sdt>
              <w:sdtPr>
                <w:id w:val="86025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Sí     </w:t>
            </w:r>
            <w:sdt>
              <w:sdtPr>
                <w:id w:val="177597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No </w:t>
            </w:r>
          </w:p>
        </w:tc>
        <w:tc>
          <w:tcPr>
            <w:tcW w:w="47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482831" w:rsidRDefault="00482831" w:rsidP="00C24A28">
            <w:pPr>
              <w:spacing w:after="0" w:line="240" w:lineRule="auto"/>
            </w:pPr>
            <w:r>
              <w:t>Tiempo máximo de respuesta: _______________</w:t>
            </w:r>
          </w:p>
        </w:tc>
      </w:tr>
      <w:tr w:rsidR="00482831" w:rsidRPr="009B315D" w:rsidTr="00C24A28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Foro del EVA</w:t>
            </w:r>
          </w:p>
        </w:tc>
        <w:tc>
          <w:tcPr>
            <w:tcW w:w="6158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A42FA2" w:rsidP="00C24A28">
            <w:pPr>
              <w:spacing w:after="0" w:line="240" w:lineRule="auto"/>
            </w:pPr>
            <w:sdt>
              <w:sdtPr>
                <w:id w:val="121007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Sí     </w:t>
            </w:r>
            <w:sdt>
              <w:sdtPr>
                <w:id w:val="-174486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No</w:t>
            </w:r>
          </w:p>
        </w:tc>
      </w:tr>
      <w:tr w:rsidR="00482831" w:rsidRPr="009B315D" w:rsidTr="00C24A28">
        <w:trPr>
          <w:jc w:val="center"/>
        </w:trPr>
        <w:tc>
          <w:tcPr>
            <w:tcW w:w="2969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Default="00482831" w:rsidP="00C24A2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Tutorías individuales</w:t>
            </w:r>
          </w:p>
        </w:tc>
        <w:tc>
          <w:tcPr>
            <w:tcW w:w="6158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Pr="00B3735C" w:rsidRDefault="00A42FA2" w:rsidP="00C24A28">
            <w:pPr>
              <w:spacing w:after="0" w:line="240" w:lineRule="auto"/>
            </w:pPr>
            <w:sdt>
              <w:sdtPr>
                <w:id w:val="-19038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Sí     </w:t>
            </w:r>
            <w:sdt>
              <w:sdtPr>
                <w:id w:val="50733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No</w:t>
            </w:r>
          </w:p>
        </w:tc>
      </w:tr>
      <w:tr w:rsidR="00482831" w:rsidRPr="009B315D" w:rsidTr="00C24A28">
        <w:trPr>
          <w:jc w:val="center"/>
        </w:trPr>
        <w:tc>
          <w:tcPr>
            <w:tcW w:w="2969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6158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Default="00A42FA2" w:rsidP="00C24A28">
            <w:pPr>
              <w:spacing w:after="0" w:line="240" w:lineRule="auto"/>
            </w:pPr>
            <w:sdt>
              <w:sdtPr>
                <w:id w:val="118709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Videoconferencia   </w:t>
            </w:r>
            <w:sdt>
              <w:sdtPr>
                <w:id w:val="85530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Presencial   </w:t>
            </w:r>
            <w:sdt>
              <w:sdtPr>
                <w:id w:val="196299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Otros: ________________</w:t>
            </w:r>
          </w:p>
        </w:tc>
      </w:tr>
      <w:tr w:rsidR="00482831" w:rsidRPr="009B315D" w:rsidTr="00C24A28">
        <w:trPr>
          <w:jc w:val="center"/>
        </w:trPr>
        <w:tc>
          <w:tcPr>
            <w:tcW w:w="2969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Default="00482831" w:rsidP="00C24A2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Tutorías grupales</w:t>
            </w:r>
          </w:p>
        </w:tc>
        <w:tc>
          <w:tcPr>
            <w:tcW w:w="141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Pr="00B3735C" w:rsidRDefault="00A42FA2" w:rsidP="00C24A28">
            <w:pPr>
              <w:spacing w:after="0" w:line="240" w:lineRule="auto"/>
            </w:pPr>
            <w:sdt>
              <w:sdtPr>
                <w:id w:val="-193118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Sí     </w:t>
            </w:r>
            <w:sdt>
              <w:sdtPr>
                <w:id w:val="2121718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No</w:t>
            </w:r>
          </w:p>
        </w:tc>
        <w:tc>
          <w:tcPr>
            <w:tcW w:w="47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Pr="00B3735C" w:rsidRDefault="00482831" w:rsidP="00C24A28">
            <w:pPr>
              <w:spacing w:after="0" w:line="240" w:lineRule="auto"/>
            </w:pPr>
            <w:r>
              <w:t>Periodicidad prevista: __________________</w:t>
            </w:r>
          </w:p>
        </w:tc>
      </w:tr>
      <w:tr w:rsidR="00482831" w:rsidRPr="009B315D" w:rsidTr="00C24A28">
        <w:trPr>
          <w:jc w:val="center"/>
        </w:trPr>
        <w:tc>
          <w:tcPr>
            <w:tcW w:w="2969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6158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482831" w:rsidRDefault="00A42FA2" w:rsidP="00C24A28">
            <w:pPr>
              <w:spacing w:after="0" w:line="240" w:lineRule="auto"/>
            </w:pPr>
            <w:sdt>
              <w:sdtPr>
                <w:id w:val="1905178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Videoconferencia   </w:t>
            </w:r>
            <w:sdt>
              <w:sdtPr>
                <w:id w:val="84158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Presencial   </w:t>
            </w:r>
            <w:sdt>
              <w:sdtPr>
                <w:id w:val="10763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8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2831">
              <w:t xml:space="preserve"> Otros: ________________</w:t>
            </w:r>
          </w:p>
        </w:tc>
      </w:tr>
    </w:tbl>
    <w:p w:rsidR="00482831" w:rsidRDefault="00482831" w:rsidP="00482831">
      <w:pPr>
        <w:pStyle w:val="H2"/>
        <w:spacing w:before="0" w:after="0"/>
      </w:pPr>
    </w:p>
    <w:p w:rsidR="00482831" w:rsidRDefault="00482831" w:rsidP="00482831">
      <w:pPr>
        <w:pStyle w:val="H2"/>
        <w:spacing w:before="0" w:after="0"/>
      </w:pPr>
      <w:r>
        <w:t>Organización por grupos</w:t>
      </w:r>
    </w:p>
    <w:p w:rsidR="00482831" w:rsidRPr="008F679E" w:rsidRDefault="00482831" w:rsidP="00482831">
      <w:pPr>
        <w:pStyle w:val="H2"/>
        <w:spacing w:before="0"/>
        <w:rPr>
          <w:b w:val="0"/>
          <w:color w:val="6B7280"/>
          <w:sz w:val="17"/>
        </w:rPr>
      </w:pPr>
      <w:r>
        <w:rPr>
          <w:b w:val="0"/>
          <w:color w:val="6B7280"/>
          <w:sz w:val="17"/>
        </w:rPr>
        <w:t xml:space="preserve">Añadan tablas y filas según sea necesario. </w:t>
      </w:r>
    </w:p>
    <w:tbl>
      <w:tblPr>
        <w:tblStyle w:val="Tablaconcuadrcula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4536"/>
        <w:gridCol w:w="2277"/>
      </w:tblGrid>
      <w:tr w:rsidR="00482831" w:rsidTr="00C24A28">
        <w:trPr>
          <w:tblHeader/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482831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6813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B3735C" w:rsidRDefault="00482831" w:rsidP="00C24A28">
            <w:pPr>
              <w:spacing w:after="0" w:line="240" w:lineRule="auto"/>
            </w:pPr>
            <w:r>
              <w:t>Asignatura</w:t>
            </w:r>
          </w:p>
        </w:tc>
      </w:tr>
      <w:tr w:rsidR="00482831" w:rsidTr="00C24A28">
        <w:trPr>
          <w:tblHeader/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Profesor/Tutor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Nombre y apellidos</w:t>
            </w: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8A1538"/>
                <w:sz w:val="18"/>
              </w:rPr>
              <w:t>Nº</w:t>
            </w:r>
            <w:proofErr w:type="spellEnd"/>
            <w:r>
              <w:rPr>
                <w:b/>
                <w:color w:val="8A1538"/>
                <w:sz w:val="18"/>
              </w:rPr>
              <w:t xml:space="preserve"> alumnos asignados</w:t>
            </w:r>
          </w:p>
        </w:tc>
      </w:tr>
      <w:tr w:rsidR="00482831" w:rsidTr="00C24A28">
        <w:trPr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  <w:r>
              <w:t>Profesor responsable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  <w:r>
              <w:t>Tutor 1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  <w:r>
              <w:t>…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</w:tbl>
    <w:p w:rsidR="00482831" w:rsidRDefault="00482831" w:rsidP="00482831">
      <w:pPr>
        <w:pStyle w:val="H2"/>
        <w:spacing w:before="0"/>
      </w:pPr>
    </w:p>
    <w:tbl>
      <w:tblPr>
        <w:tblStyle w:val="Tablaconcuadrcula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4536"/>
        <w:gridCol w:w="2277"/>
      </w:tblGrid>
      <w:tr w:rsidR="00482831" w:rsidTr="00C24A28">
        <w:trPr>
          <w:tblHeader/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482831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6813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B3735C" w:rsidRDefault="00482831" w:rsidP="00C24A28">
            <w:pPr>
              <w:spacing w:after="0" w:line="240" w:lineRule="auto"/>
            </w:pPr>
            <w:r>
              <w:t>Asignatura</w:t>
            </w:r>
          </w:p>
        </w:tc>
      </w:tr>
      <w:tr w:rsidR="00482831" w:rsidTr="00C24A28">
        <w:trPr>
          <w:tblHeader/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Profesor/Tutor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Nombre y apellidos</w:t>
            </w: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8A1538"/>
                <w:sz w:val="18"/>
              </w:rPr>
              <w:t>Nº</w:t>
            </w:r>
            <w:proofErr w:type="spellEnd"/>
            <w:r>
              <w:rPr>
                <w:b/>
                <w:color w:val="8A1538"/>
                <w:sz w:val="18"/>
              </w:rPr>
              <w:t xml:space="preserve"> alumnos asignados</w:t>
            </w:r>
          </w:p>
        </w:tc>
      </w:tr>
      <w:tr w:rsidR="00482831" w:rsidTr="00C24A28">
        <w:trPr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  <w:r>
              <w:t>Profesor responsable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  <w:r>
              <w:t>Tutor 1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  <w:r>
              <w:t>…</w:t>
            </w:r>
          </w:p>
        </w:tc>
        <w:tc>
          <w:tcPr>
            <w:tcW w:w="453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27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</w:tbl>
    <w:p w:rsidR="00482831" w:rsidRDefault="00482831" w:rsidP="00482831">
      <w:pPr>
        <w:spacing w:after="200" w:line="276" w:lineRule="auto"/>
        <w:rPr>
          <w:b/>
          <w:color w:val="FFFFFF"/>
          <w:sz w:val="22"/>
        </w:rPr>
      </w:pPr>
      <w:r>
        <w:br w:type="page"/>
      </w:r>
    </w:p>
    <w:p w:rsidR="00BD20E3" w:rsidRDefault="00BD20E3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lastRenderedPageBreak/>
        <w:t>CALENDARIO DE DOCENCIA SÍNCRONA</w:t>
      </w:r>
    </w:p>
    <w:p w:rsidR="00BD20E3" w:rsidRDefault="00BD20E3" w:rsidP="00BD20E3">
      <w:pPr>
        <w:pStyle w:val="Hint"/>
      </w:pPr>
      <w:r>
        <w:t>Programación de sesiones síncronas de la primera edición del módulo, por asignatura. Añadan tablas o filas según sea necesario.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1984"/>
        <w:gridCol w:w="1199"/>
        <w:gridCol w:w="4046"/>
        <w:gridCol w:w="1453"/>
      </w:tblGrid>
      <w:tr w:rsidR="00BD20E3" w:rsidTr="006309C6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Asignatura 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Horas de docencia síncrona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  <w:r>
              <w:t>horas</w:t>
            </w:r>
          </w:p>
        </w:tc>
      </w:tr>
      <w:tr w:rsidR="00BD20E3" w:rsidTr="006309C6">
        <w:trPr>
          <w:tblHeader/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Sesión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Pr="00B11DF0" w:rsidRDefault="00BD20E3" w:rsidP="006309C6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y hora</w:t>
            </w: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Pr="004E11A7" w:rsidRDefault="00BD20E3" w:rsidP="006309C6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Pr="000C520F" w:rsidRDefault="00BD20E3" w:rsidP="006309C6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Tipo de sesión</w:t>
            </w: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Plataforma</w:t>
            </w: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</w:t>
            </w:r>
            <w:proofErr w:type="spellEnd"/>
            <w:r>
              <w:t xml:space="preserve">, </w:t>
            </w:r>
            <w:proofErr w:type="spellStart"/>
            <w:r>
              <w:t>XXh</w:t>
            </w:r>
            <w:proofErr w:type="spellEnd"/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…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</w:tbl>
    <w:p w:rsidR="00BD20E3" w:rsidRDefault="00BD20E3" w:rsidP="00BD20E3">
      <w:pPr>
        <w:pStyle w:val="Hint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1984"/>
        <w:gridCol w:w="1199"/>
        <w:gridCol w:w="4046"/>
        <w:gridCol w:w="1453"/>
      </w:tblGrid>
      <w:tr w:rsidR="00BD20E3" w:rsidTr="006309C6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Asignatura 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Horas de docencia síncrona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  <w:r>
              <w:t>horas</w:t>
            </w:r>
          </w:p>
        </w:tc>
      </w:tr>
      <w:tr w:rsidR="00BD20E3" w:rsidTr="006309C6">
        <w:trPr>
          <w:tblHeader/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Sesión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Pr="00B11DF0" w:rsidRDefault="00BD20E3" w:rsidP="006309C6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y hora</w:t>
            </w: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Pr="004E11A7" w:rsidRDefault="00BD20E3" w:rsidP="006309C6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Pr="000C520F" w:rsidRDefault="00BD20E3" w:rsidP="006309C6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Tipo de sesión</w:t>
            </w: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Plataforma</w:t>
            </w: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</w:t>
            </w:r>
            <w:proofErr w:type="spellEnd"/>
            <w:r>
              <w:t xml:space="preserve">, </w:t>
            </w:r>
            <w:proofErr w:type="spellStart"/>
            <w:r>
              <w:t>XXh</w:t>
            </w:r>
            <w:proofErr w:type="spellEnd"/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  <w:tr w:rsidR="00BD20E3" w:rsidTr="006309C6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  <w:jc w:val="center"/>
            </w:pPr>
            <w:r>
              <w:t>…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D20E3" w:rsidRDefault="00BD20E3" w:rsidP="006309C6">
            <w:pPr>
              <w:spacing w:after="0" w:line="240" w:lineRule="auto"/>
            </w:pPr>
          </w:p>
        </w:tc>
      </w:tr>
    </w:tbl>
    <w:p w:rsidR="00BD20E3" w:rsidRDefault="00BD20E3" w:rsidP="00BD20E3">
      <w:pPr>
        <w:pStyle w:val="Hint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1984"/>
        <w:gridCol w:w="1199"/>
        <w:gridCol w:w="4046"/>
        <w:gridCol w:w="1453"/>
      </w:tblGrid>
      <w:tr w:rsidR="00482831" w:rsidTr="00C24A28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Asignatura 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Horas de docencia síncrona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r>
              <w:t>horas</w:t>
            </w:r>
          </w:p>
        </w:tc>
      </w:tr>
      <w:tr w:rsidR="00482831" w:rsidTr="00C24A28">
        <w:trPr>
          <w:tblHeader/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Sesión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B11DF0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y hora</w:t>
            </w: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4E11A7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0C520F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Tipo de sesión</w:t>
            </w: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Plataforma</w:t>
            </w: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</w:t>
            </w:r>
            <w:proofErr w:type="spellEnd"/>
            <w:r>
              <w:t xml:space="preserve">, </w:t>
            </w:r>
            <w:proofErr w:type="spellStart"/>
            <w:r>
              <w:t>XXh</w:t>
            </w:r>
            <w:proofErr w:type="spellEnd"/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…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</w:tbl>
    <w:p w:rsidR="00BD20E3" w:rsidRDefault="00BD20E3" w:rsidP="00BD20E3">
      <w:pPr>
        <w:spacing w:after="200" w:line="276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1984"/>
        <w:gridCol w:w="1199"/>
        <w:gridCol w:w="4046"/>
        <w:gridCol w:w="1453"/>
      </w:tblGrid>
      <w:tr w:rsidR="00482831" w:rsidTr="00C24A28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lastRenderedPageBreak/>
              <w:t xml:space="preserve">Asignatura 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2827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Horas de docencia síncrona</w:t>
            </w:r>
          </w:p>
        </w:tc>
        <w:tc>
          <w:tcPr>
            <w:tcW w:w="6698" w:type="dxa"/>
            <w:gridSpan w:val="3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r>
              <w:t>horas</w:t>
            </w:r>
          </w:p>
        </w:tc>
      </w:tr>
      <w:tr w:rsidR="00482831" w:rsidTr="00C24A28">
        <w:trPr>
          <w:tblHeader/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Sesión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B11DF0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y hora</w:t>
            </w: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4E11A7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0C520F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Tipo de sesión</w:t>
            </w: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Plataforma</w:t>
            </w: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</w:t>
            </w:r>
            <w:proofErr w:type="spellEnd"/>
            <w:r>
              <w:t xml:space="preserve">, </w:t>
            </w:r>
            <w:proofErr w:type="spellStart"/>
            <w:r>
              <w:t>XXh</w:t>
            </w:r>
            <w:proofErr w:type="spellEnd"/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C24A28">
        <w:trPr>
          <w:jc w:val="center"/>
        </w:trPr>
        <w:tc>
          <w:tcPr>
            <w:tcW w:w="84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t>…</w:t>
            </w:r>
          </w:p>
        </w:tc>
        <w:tc>
          <w:tcPr>
            <w:tcW w:w="198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19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404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1453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</w:tbl>
    <w:p w:rsidR="00482831" w:rsidRDefault="00482831" w:rsidP="00BD20E3">
      <w:pPr>
        <w:spacing w:after="200" w:line="276" w:lineRule="auto"/>
      </w:pPr>
    </w:p>
    <w:p w:rsidR="00482831" w:rsidRDefault="00482831">
      <w:pPr>
        <w:spacing w:after="200" w:line="276" w:lineRule="auto"/>
      </w:pPr>
      <w:r>
        <w:br w:type="page"/>
      </w:r>
    </w:p>
    <w:p w:rsidR="00482831" w:rsidRDefault="00482831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>SISTEMA DE EVALUACIÓN</w:t>
      </w:r>
    </w:p>
    <w:p w:rsidR="00482831" w:rsidRDefault="0031018E" w:rsidP="00482831">
      <w:pPr>
        <w:pStyle w:val="H2"/>
        <w:spacing w:before="0" w:after="0"/>
      </w:pPr>
      <w:r>
        <w:t>ASISTENCIA SÍNCRONA Y VISUALIZACIÓN POSTERIOR</w:t>
      </w:r>
    </w:p>
    <w:p w:rsidR="00482831" w:rsidRDefault="00482831" w:rsidP="00482831">
      <w:pPr>
        <w:pStyle w:val="H2"/>
        <w:spacing w:before="0" w:after="0"/>
        <w:rPr>
          <w:b w:val="0"/>
          <w:color w:val="6B7280"/>
          <w:sz w:val="17"/>
        </w:rPr>
      </w:pPr>
      <w:r>
        <w:rPr>
          <w:b w:val="0"/>
          <w:color w:val="6B7280"/>
          <w:sz w:val="17"/>
        </w:rPr>
        <w:t>Indiquen cómo</w:t>
      </w:r>
      <w:r w:rsidRPr="00482831">
        <w:rPr>
          <w:b w:val="0"/>
          <w:color w:val="6B7280"/>
          <w:sz w:val="17"/>
        </w:rPr>
        <w:t xml:space="preserve"> computa</w:t>
      </w:r>
      <w:r w:rsidR="0031018E">
        <w:rPr>
          <w:b w:val="0"/>
          <w:color w:val="6B7280"/>
          <w:sz w:val="17"/>
        </w:rPr>
        <w:t>n a efectos</w:t>
      </w:r>
      <w:r w:rsidR="0031018E" w:rsidRPr="00482831">
        <w:rPr>
          <w:b w:val="0"/>
          <w:color w:val="6B7280"/>
          <w:sz w:val="17"/>
        </w:rPr>
        <w:t xml:space="preserve"> de la calificación final de las asignaturas</w:t>
      </w:r>
      <w:r w:rsidRPr="00482831">
        <w:rPr>
          <w:b w:val="0"/>
          <w:color w:val="6B7280"/>
          <w:sz w:val="17"/>
        </w:rPr>
        <w:t xml:space="preserve"> la participación </w:t>
      </w:r>
      <w:r w:rsidR="0031018E">
        <w:rPr>
          <w:b w:val="0"/>
          <w:color w:val="6B7280"/>
          <w:sz w:val="17"/>
        </w:rPr>
        <w:t xml:space="preserve">síncrona </w:t>
      </w:r>
      <w:r w:rsidRPr="00482831">
        <w:rPr>
          <w:b w:val="0"/>
          <w:color w:val="6B7280"/>
          <w:sz w:val="17"/>
        </w:rPr>
        <w:t xml:space="preserve">en las sesiones </w:t>
      </w:r>
      <w:r>
        <w:rPr>
          <w:b w:val="0"/>
          <w:color w:val="6B7280"/>
          <w:sz w:val="17"/>
        </w:rPr>
        <w:t xml:space="preserve">de docencia </w:t>
      </w:r>
      <w:r w:rsidRPr="00482831">
        <w:rPr>
          <w:b w:val="0"/>
          <w:color w:val="6B7280"/>
          <w:sz w:val="17"/>
        </w:rPr>
        <w:t>virtual</w:t>
      </w:r>
      <w:r w:rsidR="0031018E">
        <w:rPr>
          <w:b w:val="0"/>
          <w:color w:val="6B7280"/>
          <w:sz w:val="17"/>
        </w:rPr>
        <w:t xml:space="preserve"> y la visualización posterior de las grabaciones de las mismas</w:t>
      </w:r>
    </w:p>
    <w:p w:rsidR="0031018E" w:rsidRDefault="0031018E" w:rsidP="00482831">
      <w:pPr>
        <w:pStyle w:val="H2"/>
        <w:spacing w:before="0" w:after="0"/>
        <w:rPr>
          <w:b w:val="0"/>
          <w:color w:val="6B7280"/>
          <w:sz w:val="17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281"/>
        <w:gridCol w:w="1560"/>
        <w:gridCol w:w="1339"/>
      </w:tblGrid>
      <w:tr w:rsidR="00975605" w:rsidTr="0097560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75605" w:rsidRDefault="00975605" w:rsidP="00C24A28">
            <w:pPr>
              <w:spacing w:after="0" w:line="240" w:lineRule="auto"/>
            </w:pPr>
          </w:p>
        </w:tc>
        <w:tc>
          <w:tcPr>
            <w:tcW w:w="328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75605" w:rsidRPr="00482831" w:rsidRDefault="00975605" w:rsidP="00975605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Obligatoriedad</w:t>
            </w:r>
          </w:p>
        </w:tc>
        <w:tc>
          <w:tcPr>
            <w:tcW w:w="2899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vAlign w:val="center"/>
          </w:tcPr>
          <w:p w:rsidR="00975605" w:rsidRDefault="00975605" w:rsidP="00975605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 w:rsidRPr="00482831">
              <w:rPr>
                <w:b/>
                <w:color w:val="8A1538"/>
                <w:sz w:val="18"/>
              </w:rPr>
              <w:t xml:space="preserve">Ponderación </w:t>
            </w:r>
          </w:p>
          <w:p w:rsidR="00975605" w:rsidRPr="00482831" w:rsidRDefault="00975605" w:rsidP="00975605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 w:rsidRPr="00482831">
              <w:rPr>
                <w:b/>
                <w:color w:val="8A1538"/>
                <w:sz w:val="18"/>
              </w:rPr>
              <w:t>sobre la calificación final</w:t>
            </w:r>
            <w:r>
              <w:rPr>
                <w:b/>
                <w:color w:val="8A1538"/>
                <w:sz w:val="18"/>
              </w:rPr>
              <w:t xml:space="preserve"> (%)</w:t>
            </w:r>
          </w:p>
        </w:tc>
      </w:tr>
      <w:tr w:rsidR="00975605" w:rsidTr="00436AC5">
        <w:trPr>
          <w:trHeight w:val="276"/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75605" w:rsidRDefault="00975605" w:rsidP="00C24A2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Asistencia síncrona</w:t>
            </w:r>
          </w:p>
        </w:tc>
        <w:tc>
          <w:tcPr>
            <w:tcW w:w="328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75605" w:rsidRDefault="00A42FA2" w:rsidP="00975605">
            <w:pPr>
              <w:spacing w:after="0" w:line="240" w:lineRule="auto"/>
              <w:jc w:val="center"/>
            </w:pPr>
            <w:sdt>
              <w:sdtPr>
                <w:rPr>
                  <w:sz w:val="22"/>
                </w:rPr>
                <w:id w:val="96516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Obligatoria</w:t>
            </w:r>
            <w:r w:rsidR="00975605">
              <w:t xml:space="preserve">       </w:t>
            </w:r>
            <w:sdt>
              <w:sdtPr>
                <w:rPr>
                  <w:sz w:val="22"/>
                </w:rPr>
                <w:id w:val="-199263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Opcional</w:t>
            </w:r>
          </w:p>
        </w:tc>
        <w:tc>
          <w:tcPr>
            <w:tcW w:w="15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975605" w:rsidRDefault="00A42FA2" w:rsidP="00C24A28">
            <w:pPr>
              <w:spacing w:after="0" w:line="240" w:lineRule="auto"/>
            </w:pPr>
            <w:sdt>
              <w:sdtPr>
                <w:rPr>
                  <w:sz w:val="22"/>
                </w:rPr>
                <w:id w:val="-142348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Sí     </w:t>
            </w:r>
            <w:sdt>
              <w:sdtPr>
                <w:rPr>
                  <w:sz w:val="22"/>
                </w:rPr>
                <w:id w:val="165610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No</w:t>
            </w:r>
          </w:p>
        </w:tc>
        <w:tc>
          <w:tcPr>
            <w:tcW w:w="13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975605" w:rsidRDefault="00975605" w:rsidP="00C24A28">
            <w:pPr>
              <w:spacing w:after="0" w:line="240" w:lineRule="auto"/>
            </w:pPr>
            <w:r>
              <w:t>%</w:t>
            </w:r>
          </w:p>
        </w:tc>
      </w:tr>
      <w:tr w:rsidR="00975605" w:rsidTr="0097560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75605" w:rsidRDefault="00975605" w:rsidP="00482831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Visualización posterior de las sesiones grabadas</w:t>
            </w:r>
          </w:p>
        </w:tc>
        <w:tc>
          <w:tcPr>
            <w:tcW w:w="328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75605" w:rsidRDefault="00A42FA2" w:rsidP="00482831">
            <w:pPr>
              <w:spacing w:after="0" w:line="240" w:lineRule="auto"/>
              <w:jc w:val="center"/>
            </w:pPr>
            <w:sdt>
              <w:sdtPr>
                <w:rPr>
                  <w:sz w:val="22"/>
                </w:rPr>
                <w:id w:val="-202962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Obligatoria</w:t>
            </w:r>
            <w:r w:rsidR="00975605">
              <w:t xml:space="preserve">       </w:t>
            </w:r>
            <w:sdt>
              <w:sdtPr>
                <w:rPr>
                  <w:sz w:val="22"/>
                </w:rPr>
                <w:id w:val="-119591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Opcional</w:t>
            </w:r>
          </w:p>
        </w:tc>
        <w:tc>
          <w:tcPr>
            <w:tcW w:w="15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975605" w:rsidRDefault="00A42FA2" w:rsidP="00482831">
            <w:pPr>
              <w:spacing w:after="0" w:line="240" w:lineRule="auto"/>
            </w:pPr>
            <w:sdt>
              <w:sdtPr>
                <w:rPr>
                  <w:sz w:val="22"/>
                </w:rPr>
                <w:id w:val="141821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Sí     </w:t>
            </w:r>
            <w:sdt>
              <w:sdtPr>
                <w:rPr>
                  <w:sz w:val="22"/>
                </w:rPr>
                <w:id w:val="-40554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560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75605">
              <w:rPr>
                <w:sz w:val="22"/>
              </w:rPr>
              <w:t xml:space="preserve"> No</w:t>
            </w:r>
          </w:p>
        </w:tc>
        <w:tc>
          <w:tcPr>
            <w:tcW w:w="13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975605" w:rsidRDefault="00975605" w:rsidP="00482831">
            <w:pPr>
              <w:spacing w:after="0" w:line="240" w:lineRule="auto"/>
            </w:pPr>
            <w:r>
              <w:t>%</w:t>
            </w:r>
          </w:p>
        </w:tc>
      </w:tr>
    </w:tbl>
    <w:p w:rsidR="00482831" w:rsidRDefault="00482831" w:rsidP="00482831">
      <w:pPr>
        <w:pStyle w:val="H2"/>
        <w:spacing w:before="0" w:after="0"/>
        <w:rPr>
          <w:b w:val="0"/>
          <w:color w:val="6B7280"/>
          <w:sz w:val="17"/>
        </w:rPr>
      </w:pPr>
    </w:p>
    <w:p w:rsidR="0031018E" w:rsidRDefault="0031018E" w:rsidP="00482831">
      <w:pPr>
        <w:pStyle w:val="H2"/>
        <w:spacing w:before="0" w:after="0"/>
        <w:rPr>
          <w:b w:val="0"/>
          <w:color w:val="6B7280"/>
          <w:sz w:val="17"/>
        </w:rPr>
      </w:pPr>
    </w:p>
    <w:p w:rsidR="00482831" w:rsidRDefault="00482831" w:rsidP="00482831">
      <w:pPr>
        <w:pStyle w:val="H2"/>
        <w:spacing w:before="0" w:after="0"/>
        <w:rPr>
          <w:b w:val="0"/>
          <w:color w:val="6B7280"/>
          <w:sz w:val="17"/>
        </w:rPr>
      </w:pPr>
      <w:r>
        <w:t>INSTRUMENTOS DE EVALUACIÓN</w:t>
      </w:r>
    </w:p>
    <w:p w:rsidR="00482831" w:rsidRDefault="00482831" w:rsidP="00482831">
      <w:pPr>
        <w:pStyle w:val="H2"/>
        <w:spacing w:before="0" w:after="0"/>
        <w:rPr>
          <w:b w:val="0"/>
          <w:color w:val="6B7280"/>
          <w:sz w:val="17"/>
        </w:rPr>
      </w:pPr>
      <w:r>
        <w:rPr>
          <w:b w:val="0"/>
          <w:color w:val="6B7280"/>
          <w:sz w:val="17"/>
        </w:rPr>
        <w:t>Indiquen los instrumentos de evaluación para cada asignatura. Modifiquen el texto de las líneas, añadan y eliminen líneas según necesidad.</w:t>
      </w:r>
      <w:r w:rsidR="00DC0050">
        <w:rPr>
          <w:b w:val="0"/>
          <w:color w:val="6B7280"/>
          <w:sz w:val="17"/>
        </w:rPr>
        <w:t xml:space="preserve"> </w:t>
      </w:r>
    </w:p>
    <w:p w:rsidR="00DC0050" w:rsidRDefault="00DC0050" w:rsidP="00482831">
      <w:pPr>
        <w:pStyle w:val="H2"/>
        <w:spacing w:before="0" w:after="0"/>
      </w:pPr>
    </w:p>
    <w:tbl>
      <w:tblPr>
        <w:tblStyle w:val="Tablaconcuadrcula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4111"/>
        <w:gridCol w:w="2702"/>
      </w:tblGrid>
      <w:tr w:rsidR="00482831" w:rsidTr="00C24A28">
        <w:trPr>
          <w:tblHeader/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482831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</w:t>
            </w:r>
            <w:r w:rsidR="00DC0050">
              <w:rPr>
                <w:b/>
                <w:color w:val="8A1538"/>
                <w:sz w:val="18"/>
              </w:rPr>
              <w:t>/S</w:t>
            </w:r>
          </w:p>
        </w:tc>
        <w:tc>
          <w:tcPr>
            <w:tcW w:w="6813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Pr="00B3735C" w:rsidRDefault="00482831" w:rsidP="00C24A28">
            <w:pPr>
              <w:spacing w:after="0" w:line="240" w:lineRule="auto"/>
            </w:pPr>
            <w:r>
              <w:t>Asignatura</w:t>
            </w:r>
          </w:p>
        </w:tc>
      </w:tr>
      <w:tr w:rsidR="00482831" w:rsidTr="00482831">
        <w:trPr>
          <w:tblHeader/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482831" w:rsidRDefault="00482831" w:rsidP="00C24A28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Instrumento de evaluación</w:t>
            </w: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Porcentaje sobre la nota final</w:t>
            </w:r>
          </w:p>
          <w:p w:rsidR="00DC0050" w:rsidRDefault="00DC0050" w:rsidP="00C24A28">
            <w:pPr>
              <w:spacing w:after="0" w:line="240" w:lineRule="auto"/>
              <w:jc w:val="center"/>
            </w:pPr>
            <w:r w:rsidRPr="00DC0050">
              <w:rPr>
                <w:b/>
                <w:color w:val="8A1538"/>
                <w:sz w:val="18"/>
              </w:rPr>
              <w:t>(%)</w:t>
            </w:r>
          </w:p>
        </w:tc>
      </w:tr>
      <w:tr w:rsidR="00482831" w:rsidTr="00482831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DC0050" w:rsidP="00C24A28">
            <w:pPr>
              <w:spacing w:after="0" w:line="240" w:lineRule="auto"/>
            </w:pPr>
            <w:r>
              <w:t xml:space="preserve">Ej. </w:t>
            </w:r>
            <w:r w:rsidR="00482831">
              <w:t>Participación activa en clase y en los foros</w:t>
            </w:r>
            <w:r>
              <w:t>, trabajos, prueba final…</w:t>
            </w: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482831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482831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  <w:tr w:rsidR="00482831" w:rsidTr="00482831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482831" w:rsidRDefault="00482831" w:rsidP="00C24A28">
            <w:pPr>
              <w:spacing w:after="0" w:line="240" w:lineRule="auto"/>
            </w:pP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482831" w:rsidRDefault="00482831" w:rsidP="00C24A28">
            <w:pPr>
              <w:spacing w:after="0" w:line="240" w:lineRule="auto"/>
            </w:pPr>
          </w:p>
        </w:tc>
      </w:tr>
    </w:tbl>
    <w:p w:rsidR="00482831" w:rsidRPr="00DC0050" w:rsidRDefault="00482831" w:rsidP="00DC0050">
      <w:pPr>
        <w:pStyle w:val="H2"/>
        <w:spacing w:before="0" w:after="0"/>
        <w:rPr>
          <w:b w:val="0"/>
          <w:color w:val="6B7280"/>
          <w:sz w:val="17"/>
        </w:rPr>
      </w:pPr>
    </w:p>
    <w:p w:rsidR="00DC0050" w:rsidRDefault="00DC0050" w:rsidP="00482831">
      <w:pPr>
        <w:pStyle w:val="Hint"/>
      </w:pPr>
    </w:p>
    <w:tbl>
      <w:tblPr>
        <w:tblStyle w:val="Tablaconcuadrcula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4111"/>
        <w:gridCol w:w="2702"/>
      </w:tblGrid>
      <w:tr w:rsidR="00DC0050" w:rsidRPr="00B3735C" w:rsidTr="00700BB9">
        <w:trPr>
          <w:tblHeader/>
          <w:jc w:val="center"/>
        </w:trPr>
        <w:tc>
          <w:tcPr>
            <w:tcW w:w="226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DC0050" w:rsidRDefault="00DC0050" w:rsidP="00700BB9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ASIGNATURA/S</w:t>
            </w:r>
          </w:p>
        </w:tc>
        <w:tc>
          <w:tcPr>
            <w:tcW w:w="6813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C0050" w:rsidRPr="00B3735C" w:rsidRDefault="00DC0050" w:rsidP="00700BB9">
            <w:pPr>
              <w:spacing w:after="0" w:line="240" w:lineRule="auto"/>
            </w:pPr>
            <w:r>
              <w:t>Asignatura</w:t>
            </w:r>
          </w:p>
        </w:tc>
      </w:tr>
      <w:tr w:rsidR="00DC0050" w:rsidTr="00700BB9">
        <w:trPr>
          <w:tblHeader/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</w:tcPr>
          <w:p w:rsidR="00DC0050" w:rsidRDefault="00DC0050" w:rsidP="00700BB9">
            <w:pPr>
              <w:spacing w:after="0" w:line="240" w:lineRule="auto"/>
              <w:jc w:val="center"/>
            </w:pPr>
            <w:r>
              <w:rPr>
                <w:b/>
                <w:color w:val="8A1538"/>
                <w:sz w:val="18"/>
              </w:rPr>
              <w:t>Instrumento de evaluación</w:t>
            </w: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C0050" w:rsidRDefault="00DC0050" w:rsidP="00700BB9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Porcentaje sobre la nota final</w:t>
            </w:r>
          </w:p>
          <w:p w:rsidR="0031018E" w:rsidRDefault="0031018E" w:rsidP="00700BB9">
            <w:pPr>
              <w:spacing w:after="0" w:line="240" w:lineRule="auto"/>
              <w:jc w:val="center"/>
            </w:pPr>
            <w:r w:rsidRPr="00DC0050">
              <w:rPr>
                <w:b/>
                <w:color w:val="8A1538"/>
                <w:sz w:val="18"/>
              </w:rPr>
              <w:t>(%)</w:t>
            </w:r>
          </w:p>
        </w:tc>
      </w:tr>
      <w:tr w:rsidR="00DC0050" w:rsidTr="00700BB9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DC0050" w:rsidRDefault="00DC0050" w:rsidP="00700BB9">
            <w:pPr>
              <w:spacing w:after="0" w:line="240" w:lineRule="auto"/>
            </w:pPr>
            <w:r>
              <w:t>Ej. Participación activa en clase y en los foros, trabajos, prueba final…</w:t>
            </w: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C0050" w:rsidRDefault="00DC0050" w:rsidP="00700BB9">
            <w:pPr>
              <w:spacing w:after="0" w:line="240" w:lineRule="auto"/>
            </w:pPr>
            <w:r>
              <w:t>%</w:t>
            </w:r>
          </w:p>
        </w:tc>
      </w:tr>
      <w:tr w:rsidR="00DC0050" w:rsidTr="00700BB9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DC0050" w:rsidRDefault="00DC0050" w:rsidP="00700BB9">
            <w:pPr>
              <w:spacing w:after="0" w:line="240" w:lineRule="auto"/>
            </w:pP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C0050" w:rsidRDefault="00DC0050" w:rsidP="00700BB9">
            <w:pPr>
              <w:spacing w:after="0" w:line="240" w:lineRule="auto"/>
            </w:pPr>
          </w:p>
        </w:tc>
      </w:tr>
      <w:tr w:rsidR="00DC0050" w:rsidTr="00700BB9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DC0050" w:rsidRDefault="00DC0050" w:rsidP="00700BB9">
            <w:pPr>
              <w:spacing w:after="0" w:line="240" w:lineRule="auto"/>
            </w:pP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C0050" w:rsidRDefault="00DC0050" w:rsidP="00700BB9">
            <w:pPr>
              <w:spacing w:after="0" w:line="240" w:lineRule="auto"/>
            </w:pPr>
          </w:p>
        </w:tc>
      </w:tr>
      <w:tr w:rsidR="00DC0050" w:rsidTr="00700BB9">
        <w:trPr>
          <w:jc w:val="center"/>
        </w:trPr>
        <w:tc>
          <w:tcPr>
            <w:tcW w:w="6371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</w:tcPr>
          <w:p w:rsidR="00DC0050" w:rsidRDefault="00DC0050" w:rsidP="00700BB9">
            <w:pPr>
              <w:spacing w:after="0" w:line="240" w:lineRule="auto"/>
            </w:pPr>
          </w:p>
        </w:tc>
        <w:tc>
          <w:tcPr>
            <w:tcW w:w="2702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C0050" w:rsidRDefault="00DC0050" w:rsidP="00700BB9">
            <w:pPr>
              <w:spacing w:after="0" w:line="240" w:lineRule="auto"/>
            </w:pPr>
          </w:p>
        </w:tc>
      </w:tr>
    </w:tbl>
    <w:p w:rsidR="00482831" w:rsidRDefault="00482831">
      <w:pPr>
        <w:spacing w:after="200" w:line="276" w:lineRule="auto"/>
        <w:rPr>
          <w:color w:val="6B7280"/>
          <w:sz w:val="17"/>
        </w:rPr>
      </w:pPr>
      <w:r>
        <w:br w:type="page"/>
      </w:r>
    </w:p>
    <w:p w:rsidR="00823FAC" w:rsidRDefault="00823FAC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>DESCRIPCI</w:t>
      </w:r>
      <w:r>
        <w:rPr>
          <w:rFonts w:hint="cs"/>
        </w:rPr>
        <w:t>Ó</w:t>
      </w:r>
      <w:r>
        <w:t>N DE LA PRUEBA FINAL POR ASIGNATURA</w:t>
      </w:r>
    </w:p>
    <w:p w:rsidR="00823FAC" w:rsidRDefault="00823FAC" w:rsidP="00823FAC">
      <w:pPr>
        <w:pStyle w:val="Hint"/>
      </w:pPr>
      <w:r>
        <w:t>Ficha sintética de caracterización de la prueba final por asignatura. Añadan tantas tablas cuantas sean necesarias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140"/>
        <w:gridCol w:w="3040"/>
      </w:tblGrid>
      <w:tr w:rsidR="00823FAC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23FAC" w:rsidRDefault="00823FAC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23FAC" w:rsidRDefault="00823FAC" w:rsidP="000B0EF5">
            <w:pPr>
              <w:spacing w:after="0" w:line="240" w:lineRule="auto"/>
            </w:pPr>
          </w:p>
        </w:tc>
      </w:tr>
      <w:tr w:rsidR="00D86576" w:rsidTr="00D8657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Modalidad prueba final</w:t>
            </w:r>
          </w:p>
        </w:tc>
        <w:tc>
          <w:tcPr>
            <w:tcW w:w="31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A42FA2" w:rsidP="00D86576">
            <w:pPr>
              <w:spacing w:after="0" w:line="240" w:lineRule="auto"/>
            </w:pPr>
            <w:sdt>
              <w:sdtPr>
                <w:rPr>
                  <w:sz w:val="22"/>
                </w:rPr>
                <w:id w:val="-76037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7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6576">
              <w:rPr>
                <w:sz w:val="22"/>
              </w:rPr>
              <w:t xml:space="preserve"> </w:t>
            </w:r>
            <w:r w:rsidR="00D86576" w:rsidRPr="001845A7">
              <w:rPr>
                <w:sz w:val="22"/>
              </w:rPr>
              <w:t>presencial</w:t>
            </w:r>
            <w:r w:rsidR="00D86576">
              <w:rPr>
                <w:sz w:val="22"/>
              </w:rPr>
              <w:t xml:space="preserve">      </w:t>
            </w:r>
            <w:sdt>
              <w:sdtPr>
                <w:rPr>
                  <w:sz w:val="22"/>
                </w:rPr>
                <w:id w:val="156391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7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6576">
              <w:rPr>
                <w:sz w:val="22"/>
              </w:rPr>
              <w:t xml:space="preserve"> online</w:t>
            </w:r>
          </w:p>
        </w:tc>
        <w:tc>
          <w:tcPr>
            <w:tcW w:w="30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D86576" w:rsidRDefault="00A42FA2" w:rsidP="00D86576">
            <w:pPr>
              <w:spacing w:after="0" w:line="240" w:lineRule="auto"/>
            </w:pPr>
            <w:sdt>
              <w:sdtPr>
                <w:rPr>
                  <w:sz w:val="22"/>
                </w:rPr>
                <w:id w:val="94211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7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6576">
              <w:rPr>
                <w:sz w:val="22"/>
              </w:rPr>
              <w:t xml:space="preserve"> escrita     </w:t>
            </w:r>
            <w:sdt>
              <w:sdtPr>
                <w:rPr>
                  <w:sz w:val="22"/>
                </w:rPr>
                <w:id w:val="-17380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7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6576">
              <w:rPr>
                <w:sz w:val="22"/>
              </w:rPr>
              <w:t xml:space="preserve"> oral</w:t>
            </w:r>
          </w:p>
        </w:tc>
      </w:tr>
      <w:tr w:rsidR="00D86576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  <w:rPr>
                <w:b/>
                <w:color w:val="8A1538"/>
                <w:sz w:val="18"/>
              </w:rPr>
            </w:pPr>
            <w:r w:rsidRPr="008C49B7">
              <w:rPr>
                <w:b/>
                <w:color w:val="8A1538"/>
                <w:sz w:val="18"/>
              </w:rPr>
              <w:t>Modalidad horaria</w:t>
            </w:r>
            <w:r>
              <w:rPr>
                <w:rStyle w:val="Refdenotaalpie"/>
                <w:b/>
                <w:color w:val="8A1538"/>
                <w:sz w:val="18"/>
              </w:rPr>
              <w:footnoteReference w:id="5"/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Pr="001845A7" w:rsidRDefault="00A42FA2" w:rsidP="00D86576">
            <w:pPr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147259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7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6576">
              <w:rPr>
                <w:sz w:val="22"/>
              </w:rPr>
              <w:t xml:space="preserve"> sincrónica      </w:t>
            </w:r>
            <w:sdt>
              <w:sdtPr>
                <w:rPr>
                  <w:sz w:val="22"/>
                </w:rPr>
                <w:id w:val="188320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57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6576">
              <w:rPr>
                <w:sz w:val="22"/>
              </w:rPr>
              <w:t xml:space="preserve"> asincrónica. Franja horaria: __________</w:t>
            </w:r>
          </w:p>
        </w:tc>
      </w:tr>
      <w:tr w:rsidR="00D86576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Descripción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</w:pPr>
          </w:p>
        </w:tc>
      </w:tr>
      <w:tr w:rsidR="00D86576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</w:pPr>
          </w:p>
        </w:tc>
      </w:tr>
      <w:tr w:rsidR="00D86576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(1ºedición)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86576" w:rsidRDefault="00D86576" w:rsidP="00D86576">
            <w:pPr>
              <w:spacing w:after="0" w:line="240" w:lineRule="auto"/>
            </w:pPr>
          </w:p>
        </w:tc>
      </w:tr>
    </w:tbl>
    <w:p w:rsidR="00823FAC" w:rsidRDefault="00823FAC" w:rsidP="00823FAC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140"/>
        <w:gridCol w:w="3040"/>
      </w:tblGrid>
      <w:tr w:rsidR="00C3273F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</w:p>
        </w:tc>
      </w:tr>
      <w:tr w:rsidR="00C3273F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Modalidad prueba final</w:t>
            </w:r>
          </w:p>
        </w:tc>
        <w:tc>
          <w:tcPr>
            <w:tcW w:w="31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A42FA2" w:rsidP="000B0EF5">
            <w:pPr>
              <w:spacing w:after="0" w:line="240" w:lineRule="auto"/>
            </w:pPr>
            <w:sdt>
              <w:sdtPr>
                <w:rPr>
                  <w:sz w:val="22"/>
                </w:rPr>
                <w:id w:val="-62392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73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3273F">
              <w:rPr>
                <w:sz w:val="22"/>
              </w:rPr>
              <w:t xml:space="preserve"> </w:t>
            </w:r>
            <w:r w:rsidR="00C3273F" w:rsidRPr="001845A7">
              <w:rPr>
                <w:sz w:val="22"/>
              </w:rPr>
              <w:t>presencial</w:t>
            </w:r>
            <w:r w:rsidR="00C3273F">
              <w:rPr>
                <w:sz w:val="22"/>
              </w:rPr>
              <w:t xml:space="preserve">      </w:t>
            </w:r>
            <w:sdt>
              <w:sdtPr>
                <w:rPr>
                  <w:sz w:val="22"/>
                </w:rPr>
                <w:id w:val="-52332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73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3273F">
              <w:rPr>
                <w:sz w:val="22"/>
              </w:rPr>
              <w:t xml:space="preserve"> online</w:t>
            </w:r>
          </w:p>
        </w:tc>
        <w:tc>
          <w:tcPr>
            <w:tcW w:w="30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C3273F" w:rsidRDefault="00A42FA2" w:rsidP="000B0EF5">
            <w:pPr>
              <w:spacing w:after="0" w:line="240" w:lineRule="auto"/>
            </w:pPr>
            <w:sdt>
              <w:sdtPr>
                <w:rPr>
                  <w:sz w:val="22"/>
                </w:rPr>
                <w:id w:val="-124749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73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3273F">
              <w:rPr>
                <w:sz w:val="22"/>
              </w:rPr>
              <w:t xml:space="preserve"> escrita     </w:t>
            </w:r>
            <w:sdt>
              <w:sdtPr>
                <w:rPr>
                  <w:sz w:val="22"/>
                </w:rPr>
                <w:id w:val="-22152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73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3273F">
              <w:rPr>
                <w:sz w:val="22"/>
              </w:rPr>
              <w:t xml:space="preserve"> oral</w:t>
            </w:r>
          </w:p>
        </w:tc>
      </w:tr>
      <w:tr w:rsidR="00C3273F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 w:rsidRPr="008C49B7">
              <w:rPr>
                <w:b/>
                <w:color w:val="8A1538"/>
                <w:sz w:val="18"/>
              </w:rPr>
              <w:t>Modalidad horaria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Pr="001845A7" w:rsidRDefault="00A42FA2" w:rsidP="000B0EF5">
            <w:pPr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184246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73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3273F">
              <w:rPr>
                <w:sz w:val="22"/>
              </w:rPr>
              <w:t xml:space="preserve"> sincrónica      </w:t>
            </w:r>
            <w:sdt>
              <w:sdtPr>
                <w:rPr>
                  <w:sz w:val="22"/>
                </w:rPr>
                <w:id w:val="166195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73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3273F">
              <w:rPr>
                <w:sz w:val="22"/>
              </w:rPr>
              <w:t xml:space="preserve"> asincrónica. Franja horaria: __________</w:t>
            </w:r>
          </w:p>
        </w:tc>
      </w:tr>
      <w:tr w:rsidR="00C3273F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Descripción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</w:p>
        </w:tc>
      </w:tr>
      <w:tr w:rsidR="00C3273F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</w:p>
        </w:tc>
      </w:tr>
      <w:tr w:rsidR="00C3273F" w:rsidTr="000B0EF5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(1ºedición)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3273F" w:rsidRDefault="00C3273F" w:rsidP="000B0EF5">
            <w:pPr>
              <w:spacing w:after="0" w:line="240" w:lineRule="auto"/>
            </w:pPr>
          </w:p>
        </w:tc>
      </w:tr>
    </w:tbl>
    <w:p w:rsidR="00AD1D5E" w:rsidRDefault="00AD1D5E" w:rsidP="00AD1D5E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140"/>
        <w:gridCol w:w="3040"/>
      </w:tblGrid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Modalidad prueba final</w:t>
            </w:r>
          </w:p>
        </w:tc>
        <w:tc>
          <w:tcPr>
            <w:tcW w:w="31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rPr>
                  <w:sz w:val="22"/>
                </w:rPr>
                <w:id w:val="-213670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</w:t>
            </w:r>
            <w:r w:rsidR="00AD1D5E" w:rsidRPr="001845A7">
              <w:rPr>
                <w:sz w:val="22"/>
              </w:rPr>
              <w:t>presencial</w:t>
            </w:r>
            <w:r w:rsidR="00AD1D5E">
              <w:rPr>
                <w:sz w:val="22"/>
              </w:rPr>
              <w:t xml:space="preserve">      </w:t>
            </w:r>
            <w:sdt>
              <w:sdtPr>
                <w:rPr>
                  <w:sz w:val="22"/>
                </w:rPr>
                <w:id w:val="42801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online</w:t>
            </w:r>
          </w:p>
        </w:tc>
        <w:tc>
          <w:tcPr>
            <w:tcW w:w="30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rPr>
                  <w:sz w:val="22"/>
                </w:rPr>
                <w:id w:val="-49125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escrita     </w:t>
            </w:r>
            <w:sdt>
              <w:sdtPr>
                <w:rPr>
                  <w:sz w:val="22"/>
                </w:rPr>
                <w:id w:val="-120670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oral</w:t>
            </w: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 w:rsidRPr="008C49B7">
              <w:rPr>
                <w:b/>
                <w:color w:val="8A1538"/>
                <w:sz w:val="18"/>
              </w:rPr>
              <w:t>Modalidad horaria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Pr="001845A7" w:rsidRDefault="00A42FA2" w:rsidP="006309C6">
            <w:pPr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64901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sincrónica      </w:t>
            </w:r>
            <w:sdt>
              <w:sdtPr>
                <w:rPr>
                  <w:sz w:val="22"/>
                </w:rPr>
                <w:id w:val="105774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asincrónica. Franja horaria: __________</w:t>
            </w: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Descripción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(1ºedición)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</w:tbl>
    <w:p w:rsidR="00AD1D5E" w:rsidRDefault="00AD1D5E" w:rsidP="00AD1D5E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140"/>
        <w:gridCol w:w="3040"/>
      </w:tblGrid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Modalidad prueba final</w:t>
            </w:r>
          </w:p>
        </w:tc>
        <w:tc>
          <w:tcPr>
            <w:tcW w:w="31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rPr>
                  <w:sz w:val="22"/>
                </w:rPr>
                <w:id w:val="-187777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</w:t>
            </w:r>
            <w:r w:rsidR="00AD1D5E" w:rsidRPr="001845A7">
              <w:rPr>
                <w:sz w:val="22"/>
              </w:rPr>
              <w:t>presencial</w:t>
            </w:r>
            <w:r w:rsidR="00AD1D5E">
              <w:rPr>
                <w:sz w:val="22"/>
              </w:rPr>
              <w:t xml:space="preserve">      </w:t>
            </w:r>
            <w:sdt>
              <w:sdtPr>
                <w:rPr>
                  <w:sz w:val="22"/>
                </w:rPr>
                <w:id w:val="-128349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online</w:t>
            </w:r>
          </w:p>
        </w:tc>
        <w:tc>
          <w:tcPr>
            <w:tcW w:w="3040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rPr>
                  <w:sz w:val="22"/>
                </w:rPr>
                <w:id w:val="195335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escrita     </w:t>
            </w:r>
            <w:sdt>
              <w:sdtPr>
                <w:rPr>
                  <w:sz w:val="22"/>
                </w:rPr>
                <w:id w:val="-173807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oral</w:t>
            </w: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 w:rsidRPr="008C49B7">
              <w:rPr>
                <w:b/>
                <w:color w:val="8A1538"/>
                <w:sz w:val="18"/>
              </w:rPr>
              <w:t>Modalidad horaria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Pr="001845A7" w:rsidRDefault="00A42FA2" w:rsidP="006309C6">
            <w:pPr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202820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sincrónica      </w:t>
            </w:r>
            <w:sdt>
              <w:sdtPr>
                <w:rPr>
                  <w:sz w:val="22"/>
                </w:rPr>
                <w:id w:val="-87784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D1D5E">
              <w:rPr>
                <w:sz w:val="22"/>
              </w:rPr>
              <w:t xml:space="preserve"> asincrónica. Franja horaria: __________</w:t>
            </w: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Descripción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Duración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294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Fecha (1ºedición)</w:t>
            </w:r>
          </w:p>
        </w:tc>
        <w:tc>
          <w:tcPr>
            <w:tcW w:w="6180" w:type="dxa"/>
            <w:gridSpan w:val="2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</w:tbl>
    <w:p w:rsidR="00C3273F" w:rsidRDefault="00C3273F" w:rsidP="00823FAC">
      <w:pPr>
        <w:spacing w:after="0"/>
      </w:pPr>
    </w:p>
    <w:p w:rsidR="00C3273F" w:rsidRDefault="00C3273F">
      <w:pPr>
        <w:spacing w:after="200" w:line="276" w:lineRule="auto"/>
      </w:pPr>
      <w:bookmarkStart w:id="1" w:name="_GoBack"/>
      <w:bookmarkEnd w:id="1"/>
      <w:r>
        <w:br w:type="page"/>
      </w:r>
    </w:p>
    <w:p w:rsidR="00AB4165" w:rsidRDefault="00AB4165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>PROTOCOLO DE EVALUACIÓN ONLINE</w:t>
      </w:r>
    </w:p>
    <w:p w:rsidR="00AB4165" w:rsidRDefault="00AB4165" w:rsidP="00AB4165">
      <w:pPr>
        <w:pStyle w:val="Hint"/>
      </w:pPr>
      <w:r>
        <w:t>En caso de evaluación no presencial, es necesario acreditar garantías académicas, técnicas y de integridad de la evaluación.</w:t>
      </w:r>
    </w:p>
    <w:p w:rsidR="00AB4165" w:rsidRDefault="00AB4165" w:rsidP="00AB4165">
      <w:pPr>
        <w:pStyle w:val="H2"/>
      </w:pPr>
      <w:r>
        <w:t>Sistema de verificación de identidad del alumno</w:t>
      </w:r>
    </w:p>
    <w:p w:rsidR="00057EC0" w:rsidRDefault="00057EC0" w:rsidP="00510070">
      <w:pPr>
        <w:pStyle w:val="Hint"/>
      </w:pPr>
      <w:r>
        <w:t xml:space="preserve">Indiquen </w:t>
      </w:r>
      <w:r w:rsidR="00510070">
        <w:t>las herramientas o procedimientos de autenticación inicial que se utilizan para verificar</w:t>
      </w:r>
      <w:r>
        <w:t xml:space="preserve"> </w:t>
      </w:r>
      <w:r w:rsidR="00510070">
        <w:t>la identidad de la persona que realiza la prueba online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28"/>
      </w:tblGrid>
      <w:tr w:rsidR="00AB4165" w:rsidTr="000B0EF5">
        <w:trPr>
          <w:jc w:val="center"/>
        </w:trPr>
        <w:tc>
          <w:tcPr>
            <w:tcW w:w="912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</w:p>
          <w:p w:rsidR="00C3273F" w:rsidRDefault="00C3273F" w:rsidP="000B0EF5">
            <w:pPr>
              <w:spacing w:after="0" w:line="240" w:lineRule="auto"/>
            </w:pPr>
          </w:p>
        </w:tc>
      </w:tr>
    </w:tbl>
    <w:p w:rsidR="00AB4165" w:rsidRDefault="00AB4165" w:rsidP="00AB4165">
      <w:pPr>
        <w:pStyle w:val="H2"/>
      </w:pPr>
      <w:r>
        <w:t>Medidas de integridad académica para evaluaciones online</w:t>
      </w:r>
    </w:p>
    <w:p w:rsidR="00510070" w:rsidRDefault="00813CBB" w:rsidP="00510070">
      <w:pPr>
        <w:pStyle w:val="Hint"/>
      </w:pPr>
      <w:r w:rsidRPr="00813CBB">
        <w:t>Detall</w:t>
      </w:r>
      <w:r>
        <w:t>en</w:t>
      </w:r>
      <w:r w:rsidRPr="00813CBB">
        <w:t xml:space="preserve"> las estrategias de diseño pedagógico y las herramientas tecnológicas institucionales orientadas a la prevención y detección del plagio académico y del uso no autorizado de Inteligencia Artificial Generativa.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4"/>
        <w:gridCol w:w="5734"/>
      </w:tblGrid>
      <w:tr w:rsidR="00F74762" w:rsidTr="00F74762">
        <w:trPr>
          <w:jc w:val="center"/>
        </w:trPr>
        <w:tc>
          <w:tcPr>
            <w:tcW w:w="339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74762" w:rsidRDefault="00F74762" w:rsidP="000B0EF5">
            <w:pPr>
              <w:spacing w:after="0" w:line="240" w:lineRule="auto"/>
            </w:pPr>
            <w:r w:rsidRPr="00F74762">
              <w:rPr>
                <w:b/>
                <w:color w:val="8A1538"/>
                <w:sz w:val="18"/>
              </w:rPr>
              <w:t>Medidas de diseño pedagógico</w:t>
            </w:r>
          </w:p>
        </w:tc>
        <w:tc>
          <w:tcPr>
            <w:tcW w:w="573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74762" w:rsidRDefault="00F74762" w:rsidP="000B0EF5">
            <w:pPr>
              <w:spacing w:after="0" w:line="240" w:lineRule="auto"/>
            </w:pPr>
          </w:p>
          <w:p w:rsidR="00C3273F" w:rsidRDefault="00C3273F" w:rsidP="000B0EF5">
            <w:pPr>
              <w:spacing w:after="0" w:line="240" w:lineRule="auto"/>
            </w:pPr>
          </w:p>
        </w:tc>
      </w:tr>
      <w:tr w:rsidR="00F74762" w:rsidTr="00F74762">
        <w:trPr>
          <w:jc w:val="center"/>
        </w:trPr>
        <w:tc>
          <w:tcPr>
            <w:tcW w:w="339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74762" w:rsidRDefault="00F74762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Herramientas</w:t>
            </w:r>
            <w:r w:rsidRPr="00F74762">
              <w:rPr>
                <w:b/>
                <w:color w:val="8A1538"/>
                <w:sz w:val="18"/>
              </w:rPr>
              <w:t xml:space="preserve"> de </w:t>
            </w:r>
            <w:r>
              <w:rPr>
                <w:b/>
                <w:color w:val="8A1538"/>
                <w:sz w:val="18"/>
              </w:rPr>
              <w:t>d</w:t>
            </w:r>
            <w:r w:rsidRPr="00F74762">
              <w:rPr>
                <w:b/>
                <w:color w:val="8A1538"/>
                <w:sz w:val="18"/>
              </w:rPr>
              <w:t xml:space="preserve">etección de </w:t>
            </w:r>
            <w:r>
              <w:rPr>
                <w:b/>
                <w:color w:val="8A1538"/>
                <w:sz w:val="18"/>
              </w:rPr>
              <w:t>p</w:t>
            </w:r>
            <w:r w:rsidRPr="00F74762">
              <w:rPr>
                <w:b/>
                <w:color w:val="8A1538"/>
                <w:sz w:val="18"/>
              </w:rPr>
              <w:t xml:space="preserve">lagio </w:t>
            </w:r>
          </w:p>
        </w:tc>
        <w:tc>
          <w:tcPr>
            <w:tcW w:w="573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74762" w:rsidRDefault="00F74762" w:rsidP="000B0EF5">
            <w:pPr>
              <w:spacing w:after="0" w:line="240" w:lineRule="auto"/>
            </w:pPr>
          </w:p>
          <w:p w:rsidR="00C3273F" w:rsidRDefault="00C3273F" w:rsidP="000B0EF5">
            <w:pPr>
              <w:spacing w:after="0" w:line="240" w:lineRule="auto"/>
            </w:pPr>
          </w:p>
        </w:tc>
      </w:tr>
      <w:tr w:rsidR="00F74762" w:rsidTr="00F74762">
        <w:trPr>
          <w:jc w:val="center"/>
        </w:trPr>
        <w:tc>
          <w:tcPr>
            <w:tcW w:w="339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74762" w:rsidRPr="00F74762" w:rsidRDefault="00F7476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 xml:space="preserve">Sistemas de prevención y detección de uso de Inteligencia Artificial </w:t>
            </w:r>
          </w:p>
        </w:tc>
        <w:tc>
          <w:tcPr>
            <w:tcW w:w="5734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F74762" w:rsidRDefault="00F74762" w:rsidP="000B0EF5">
            <w:pPr>
              <w:spacing w:after="0" w:line="240" w:lineRule="auto"/>
            </w:pPr>
          </w:p>
          <w:p w:rsidR="00C3273F" w:rsidRDefault="00C3273F" w:rsidP="000B0EF5">
            <w:pPr>
              <w:spacing w:after="0" w:line="240" w:lineRule="auto"/>
            </w:pPr>
          </w:p>
        </w:tc>
      </w:tr>
    </w:tbl>
    <w:p w:rsidR="00AB4165" w:rsidRDefault="00AB4165" w:rsidP="00AB4165">
      <w:pPr>
        <w:pStyle w:val="H2"/>
      </w:pPr>
      <w:r>
        <w:t>Observaciones</w:t>
      </w:r>
    </w:p>
    <w:tbl>
      <w:tblPr>
        <w:tblStyle w:val="Tablaconcuadrcula"/>
        <w:tblpPr w:leftFromText="141" w:rightFromText="141" w:vertAnchor="text" w:horzAnchor="margin" w:tblpXSpec="center" w:tblpY="74"/>
        <w:tblW w:w="0" w:type="auto"/>
        <w:tblLayout w:type="fixed"/>
        <w:tblLook w:val="04A0" w:firstRow="1" w:lastRow="0" w:firstColumn="1" w:lastColumn="0" w:noHBand="0" w:noVBand="1"/>
      </w:tblPr>
      <w:tblGrid>
        <w:gridCol w:w="9127"/>
      </w:tblGrid>
      <w:tr w:rsidR="00AB4165" w:rsidTr="000B0EF5">
        <w:tc>
          <w:tcPr>
            <w:tcW w:w="912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</w:p>
          <w:p w:rsidR="00C3273F" w:rsidRDefault="00C3273F" w:rsidP="000B0EF5">
            <w:pPr>
              <w:spacing w:after="0" w:line="240" w:lineRule="auto"/>
            </w:pPr>
          </w:p>
          <w:p w:rsidR="00C3273F" w:rsidRDefault="00C3273F" w:rsidP="000B0EF5">
            <w:pPr>
              <w:spacing w:after="0" w:line="240" w:lineRule="auto"/>
            </w:pPr>
          </w:p>
        </w:tc>
      </w:tr>
    </w:tbl>
    <w:p w:rsidR="00823FAC" w:rsidRDefault="00AB4165" w:rsidP="00823FAC">
      <w:pPr>
        <w:spacing w:after="200" w:line="276" w:lineRule="auto"/>
        <w:rPr>
          <w:b/>
          <w:color w:val="FFFFFF"/>
          <w:sz w:val="22"/>
        </w:rPr>
      </w:pPr>
      <w:r>
        <w:br w:type="page"/>
      </w:r>
    </w:p>
    <w:p w:rsidR="00AB4165" w:rsidRDefault="00AB4165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>TABLA DEL PROFESORADO</w:t>
      </w:r>
    </w:p>
    <w:p w:rsidR="00AB4165" w:rsidRDefault="00AB4165" w:rsidP="00AB4165">
      <w:pPr>
        <w:pStyle w:val="Hint"/>
      </w:pPr>
      <w:r>
        <w:t>Relación de docentes, perfil académico y competencia digital. Añadan tantas tablas cuantas sean necesarias.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1"/>
        <w:gridCol w:w="6016"/>
      </w:tblGrid>
      <w:tr w:rsidR="00AB4165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PROFESOR RESPONSABLE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Pr="009B315D" w:rsidRDefault="00AB4165" w:rsidP="000B0EF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AB4165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Correo electrónico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Pr="00E94BFC" w:rsidRDefault="00AB4165" w:rsidP="000B0EF5">
            <w:pPr>
              <w:spacing w:after="0" w:line="240" w:lineRule="auto"/>
            </w:pPr>
            <w:r w:rsidRPr="00E94BFC">
              <w:t>e-mail institucional</w:t>
            </w:r>
          </w:p>
        </w:tc>
      </w:tr>
      <w:tr w:rsidR="00AB4165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Asignatura/s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</w:p>
        </w:tc>
      </w:tr>
      <w:tr w:rsidR="00AB4165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Formación teológica y pedagógica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</w:p>
        </w:tc>
      </w:tr>
      <w:tr w:rsidR="00AB4165" w:rsidTr="000B0EF5">
        <w:trPr>
          <w:trHeight w:val="504"/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Experiencia docente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42FA2" w:rsidP="000B0EF5">
            <w:pPr>
              <w:spacing w:after="0" w:line="240" w:lineRule="auto"/>
            </w:pPr>
            <w:sdt>
              <w:sdtPr>
                <w:id w:val="-201282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4165">
              <w:t xml:space="preserve"> Ed. Infantil/Primaria     </w:t>
            </w:r>
            <w:sdt>
              <w:sdtPr>
                <w:id w:val="-73408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4165">
              <w:t xml:space="preserve"> Ed. Secundaria/Bachillerato</w:t>
            </w:r>
          </w:p>
          <w:p w:rsidR="00AB4165" w:rsidRPr="003C0267" w:rsidRDefault="00A42FA2" w:rsidP="000B0EF5">
            <w:pPr>
              <w:spacing w:after="0" w:line="240" w:lineRule="auto"/>
            </w:pPr>
            <w:sdt>
              <w:sdtPr>
                <w:id w:val="183557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4165">
              <w:t xml:space="preserve"> Docencia a nivel universitario</w:t>
            </w:r>
          </w:p>
        </w:tc>
      </w:tr>
      <w:tr w:rsidR="00AB4165" w:rsidTr="000B0EF5">
        <w:trPr>
          <w:trHeight w:val="117"/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Competencia digital docente</w:t>
            </w:r>
            <w:r>
              <w:rPr>
                <w:rStyle w:val="Refdenotaalpie"/>
                <w:b/>
                <w:color w:val="8A1538"/>
                <w:sz w:val="18"/>
              </w:rPr>
              <w:footnoteReference w:id="6"/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42FA2" w:rsidP="000B0EF5">
            <w:pPr>
              <w:spacing w:after="0" w:line="240" w:lineRule="auto"/>
            </w:pPr>
            <w:sdt>
              <w:sdtPr>
                <w:id w:val="155704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4165">
              <w:t xml:space="preserve"> Certificación oficial de nivel </w:t>
            </w:r>
            <w:sdt>
              <w:sdtPr>
                <w:id w:val="435493771"/>
                <w:placeholder>
                  <w:docPart w:val="65CFF3C9C4F54735A442B5E69C90DD64"/>
                </w:placeholder>
                <w:showingPlcHdr/>
                <w:dropDownList>
                  <w:listItem w:value="Elija un elemento del desplegable."/>
                  <w:listItem w:displayText="básico (A1, A2)" w:value="básico (A1, A2)"/>
                  <w:listItem w:displayText="intermedio (B1, B2)" w:value="intermedio (B1, B2)"/>
                  <w:listItem w:displayText="avanzado (C1. C2)" w:value="avanzado (C1. C2)"/>
                </w:dropDownList>
              </w:sdtPr>
              <w:sdtContent>
                <w:r w:rsidR="00AB4165" w:rsidRPr="00FE5F08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AB4165" w:rsidRDefault="00A42FA2" w:rsidP="000B0EF5">
            <w:pPr>
              <w:spacing w:after="0" w:line="240" w:lineRule="auto"/>
            </w:pPr>
            <w:sdt>
              <w:sdtPr>
                <w:id w:val="-99911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4165">
              <w:t xml:space="preserve"> Experiencia en docencia virtual. Años: ________________</w:t>
            </w:r>
          </w:p>
        </w:tc>
      </w:tr>
      <w:tr w:rsidR="00AB4165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Relación con el centro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B4165" w:rsidRDefault="00AB4165" w:rsidP="000B0EF5">
            <w:pPr>
              <w:spacing w:after="0" w:line="240" w:lineRule="auto"/>
            </w:pPr>
          </w:p>
        </w:tc>
      </w:tr>
      <w:tr w:rsidR="00EA66D7" w:rsidTr="0085289E">
        <w:trPr>
          <w:trHeight w:val="327"/>
          <w:jc w:val="center"/>
        </w:trPr>
        <w:tc>
          <w:tcPr>
            <w:tcW w:w="3111" w:type="dxa"/>
            <w:tcBorders>
              <w:left w:val="single" w:sz="6" w:space="0" w:color="D9D0D4"/>
              <w:bottom w:val="single" w:sz="4" w:space="0" w:color="BFBFBF" w:themeColor="background1" w:themeShade="BF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A66D7" w:rsidRDefault="00EA66D7" w:rsidP="00EA66D7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 xml:space="preserve">Envío / venia </w:t>
            </w:r>
            <w:proofErr w:type="spellStart"/>
            <w:r>
              <w:rPr>
                <w:b/>
                <w:color w:val="8A1538"/>
                <w:sz w:val="18"/>
              </w:rPr>
              <w:t>docendi</w:t>
            </w:r>
            <w:proofErr w:type="spellEnd"/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A66D7" w:rsidRDefault="00A42FA2" w:rsidP="00EA66D7">
            <w:pPr>
              <w:spacing w:after="0" w:line="240" w:lineRule="auto"/>
            </w:pPr>
            <w:sdt>
              <w:sdtPr>
                <w:id w:val="-12345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66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6D7">
              <w:t xml:space="preserve"> Cuenta con documento de envío de la autoridad eclesiástica correspondiente emitido en fecha _______</w:t>
            </w:r>
          </w:p>
          <w:p w:rsidR="003A66F6" w:rsidRDefault="00A42FA2" w:rsidP="00EA66D7">
            <w:pPr>
              <w:spacing w:after="0" w:line="240" w:lineRule="auto"/>
            </w:pPr>
            <w:sdt>
              <w:sdtPr>
                <w:id w:val="168863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66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6D7">
              <w:t xml:space="preserve"> Desempeña un cargo que implica el nombramiento de la autoridad eclesiástica correspondiente. </w:t>
            </w:r>
          </w:p>
          <w:p w:rsidR="00EA66D7" w:rsidRDefault="00EA66D7" w:rsidP="00EA66D7">
            <w:pPr>
              <w:spacing w:after="0" w:line="240" w:lineRule="auto"/>
            </w:pPr>
            <w:r>
              <w:t>Cargo: __________________</w:t>
            </w:r>
          </w:p>
        </w:tc>
      </w:tr>
    </w:tbl>
    <w:p w:rsidR="00AB4165" w:rsidRDefault="00AB4165" w:rsidP="00AB4165">
      <w:pPr>
        <w:pStyle w:val="Hint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1"/>
        <w:gridCol w:w="6016"/>
      </w:tblGrid>
      <w:tr w:rsidR="00E86182" w:rsidRPr="009B315D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PROFESOR RESPONSABLE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Pr="009B315D" w:rsidRDefault="00E86182" w:rsidP="000B0EF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E86182" w:rsidRPr="00E94BFC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Correo electrónico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Pr="00E94BFC" w:rsidRDefault="00E86182" w:rsidP="000B0EF5">
            <w:pPr>
              <w:spacing w:after="0" w:line="240" w:lineRule="auto"/>
            </w:pPr>
            <w:r w:rsidRPr="00E94BFC">
              <w:t>e-mail institucional</w:t>
            </w:r>
          </w:p>
        </w:tc>
      </w:tr>
      <w:tr w:rsidR="00E86182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Asignatura/s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</w:p>
        </w:tc>
      </w:tr>
      <w:tr w:rsidR="00E86182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Formación teológica y pedagógica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</w:p>
        </w:tc>
      </w:tr>
      <w:tr w:rsidR="00E86182" w:rsidRPr="003C0267" w:rsidTr="000B0EF5">
        <w:trPr>
          <w:trHeight w:val="504"/>
          <w:jc w:val="center"/>
        </w:trPr>
        <w:tc>
          <w:tcPr>
            <w:tcW w:w="3111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Experiencia docente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A42FA2" w:rsidP="000B0EF5">
            <w:pPr>
              <w:spacing w:after="0" w:line="240" w:lineRule="auto"/>
            </w:pPr>
            <w:sdt>
              <w:sdtPr>
                <w:id w:val="-131094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1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182">
              <w:t xml:space="preserve"> Ed. Infantil/Primaria     </w:t>
            </w:r>
            <w:sdt>
              <w:sdtPr>
                <w:id w:val="15774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1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182">
              <w:t xml:space="preserve"> Ed. Secundaria/Bachillerato</w:t>
            </w:r>
          </w:p>
          <w:p w:rsidR="00E86182" w:rsidRPr="003C0267" w:rsidRDefault="00A42FA2" w:rsidP="000B0EF5">
            <w:pPr>
              <w:spacing w:after="0" w:line="240" w:lineRule="auto"/>
            </w:pPr>
            <w:sdt>
              <w:sdtPr>
                <w:id w:val="-687599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1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182">
              <w:t xml:space="preserve"> Docencia a nivel universitario</w:t>
            </w:r>
          </w:p>
        </w:tc>
      </w:tr>
      <w:tr w:rsidR="00E86182" w:rsidTr="000B0EF5">
        <w:trPr>
          <w:trHeight w:val="237"/>
          <w:jc w:val="center"/>
        </w:trPr>
        <w:tc>
          <w:tcPr>
            <w:tcW w:w="3111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86182" w:rsidRDefault="00E86182" w:rsidP="000B0EF5">
            <w:pPr>
              <w:spacing w:after="0" w:line="240" w:lineRule="auto"/>
            </w:pPr>
            <w:r>
              <w:t>Descripción:</w:t>
            </w:r>
          </w:p>
        </w:tc>
      </w:tr>
      <w:tr w:rsidR="00E86182" w:rsidTr="000B0EF5">
        <w:trPr>
          <w:trHeight w:val="117"/>
          <w:jc w:val="center"/>
        </w:trPr>
        <w:tc>
          <w:tcPr>
            <w:tcW w:w="3111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Competencia digital docente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A42FA2" w:rsidP="000B0EF5">
            <w:pPr>
              <w:spacing w:after="0" w:line="240" w:lineRule="auto"/>
            </w:pPr>
            <w:sdt>
              <w:sdtPr>
                <w:id w:val="126573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1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182">
              <w:t xml:space="preserve"> Certificación oficial de nivel </w:t>
            </w:r>
            <w:sdt>
              <w:sdtPr>
                <w:id w:val="1736590891"/>
                <w:placeholder>
                  <w:docPart w:val="C0488EB6713E45BEAA656F63D58E6756"/>
                </w:placeholder>
                <w:showingPlcHdr/>
                <w:dropDownList>
                  <w:listItem w:value="Elija un elemento del desplegable."/>
                  <w:listItem w:displayText="básico (A1, A2)" w:value="básico (A1, A2)"/>
                  <w:listItem w:displayText="intermedio (B1, B2)" w:value="intermedio (B1, B2)"/>
                  <w:listItem w:displayText="avanzado (C1. C2)" w:value="avanzado (C1. C2)"/>
                </w:dropDownList>
              </w:sdtPr>
              <w:sdtContent>
                <w:r w:rsidR="00E86182" w:rsidRPr="00FE5F08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E86182" w:rsidRDefault="00A42FA2" w:rsidP="000B0EF5">
            <w:pPr>
              <w:spacing w:after="0" w:line="240" w:lineRule="auto"/>
            </w:pPr>
            <w:sdt>
              <w:sdtPr>
                <w:id w:val="58241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61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182">
              <w:t xml:space="preserve"> Experiencia en docencia virtual. Años: ________________</w:t>
            </w:r>
          </w:p>
        </w:tc>
      </w:tr>
      <w:tr w:rsidR="00E86182" w:rsidTr="000B0EF5">
        <w:trPr>
          <w:trHeight w:val="116"/>
          <w:jc w:val="center"/>
        </w:trPr>
        <w:tc>
          <w:tcPr>
            <w:tcW w:w="3111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  <w:r>
              <w:t>Descripción experiencia:</w:t>
            </w:r>
          </w:p>
        </w:tc>
      </w:tr>
      <w:tr w:rsidR="00E86182" w:rsidTr="000B0EF5">
        <w:trPr>
          <w:jc w:val="center"/>
        </w:trPr>
        <w:tc>
          <w:tcPr>
            <w:tcW w:w="311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Relación con el centro</w:t>
            </w:r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86182" w:rsidP="000B0EF5">
            <w:pPr>
              <w:spacing w:after="0" w:line="240" w:lineRule="auto"/>
            </w:pPr>
          </w:p>
        </w:tc>
      </w:tr>
      <w:tr w:rsidR="00E86182" w:rsidTr="000B0EF5">
        <w:trPr>
          <w:trHeight w:val="327"/>
          <w:jc w:val="center"/>
        </w:trPr>
        <w:tc>
          <w:tcPr>
            <w:tcW w:w="3111" w:type="dxa"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E86182" w:rsidRDefault="00EA66D7" w:rsidP="000B0EF5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 xml:space="preserve">Envío / venia </w:t>
            </w:r>
            <w:proofErr w:type="spellStart"/>
            <w:r>
              <w:rPr>
                <w:b/>
                <w:color w:val="8A1538"/>
                <w:sz w:val="18"/>
              </w:rPr>
              <w:t>docendi</w:t>
            </w:r>
            <w:proofErr w:type="spellEnd"/>
          </w:p>
        </w:tc>
        <w:tc>
          <w:tcPr>
            <w:tcW w:w="601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91FD5" w:rsidRDefault="00A42FA2" w:rsidP="00991FD5">
            <w:pPr>
              <w:spacing w:after="0" w:line="240" w:lineRule="auto"/>
            </w:pPr>
            <w:sdt>
              <w:sdtPr>
                <w:id w:val="-74811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1FD5">
              <w:t xml:space="preserve"> </w:t>
            </w:r>
            <w:r w:rsidR="00EA66D7">
              <w:t>Cuenta con d</w:t>
            </w:r>
            <w:r w:rsidR="00991FD5">
              <w:t xml:space="preserve">ocumento de envío de la autoridad eclesiástica </w:t>
            </w:r>
            <w:r w:rsidR="00EA66D7">
              <w:t xml:space="preserve">correspondiente </w:t>
            </w:r>
            <w:r w:rsidR="00991FD5">
              <w:t>emitido en fecha _____</w:t>
            </w:r>
            <w:r w:rsidR="00EA66D7">
              <w:t>_______</w:t>
            </w:r>
          </w:p>
          <w:p w:rsidR="003A66F6" w:rsidRDefault="00A42FA2" w:rsidP="000B0EF5">
            <w:pPr>
              <w:spacing w:after="0" w:line="240" w:lineRule="auto"/>
            </w:pPr>
            <w:sdt>
              <w:sdtPr>
                <w:id w:val="-28650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1FD5">
              <w:t xml:space="preserve"> </w:t>
            </w:r>
            <w:r w:rsidR="00EA66D7">
              <w:t>Desempeña un cargo que implica el nombramiento de la autoridad eclesiástica correspondiente.</w:t>
            </w:r>
          </w:p>
          <w:p w:rsidR="00991FD5" w:rsidRDefault="00EA66D7" w:rsidP="000B0EF5">
            <w:pPr>
              <w:spacing w:after="0" w:line="240" w:lineRule="auto"/>
            </w:pPr>
            <w:r>
              <w:t>Cargo: __________________</w:t>
            </w:r>
          </w:p>
        </w:tc>
      </w:tr>
    </w:tbl>
    <w:p w:rsidR="00AB4165" w:rsidRDefault="00AB4165">
      <w:pPr>
        <w:spacing w:after="200" w:line="276" w:lineRule="auto"/>
        <w:rPr>
          <w:b/>
          <w:color w:val="FFFFFF"/>
          <w:sz w:val="22"/>
        </w:rPr>
      </w:pPr>
      <w:r>
        <w:br w:type="page"/>
      </w:r>
    </w:p>
    <w:p w:rsidR="000A36CC" w:rsidRDefault="000A36CC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>TABLA DE TUTORES</w:t>
      </w:r>
    </w:p>
    <w:p w:rsidR="000A36CC" w:rsidRDefault="000A36CC" w:rsidP="000A36CC">
      <w:pPr>
        <w:pStyle w:val="Hint"/>
      </w:pPr>
      <w:r>
        <w:t>Añadan</w:t>
      </w:r>
      <w:r w:rsidR="006C3281">
        <w:t xml:space="preserve"> o elimine</w:t>
      </w:r>
      <w:r>
        <w:t xml:space="preserve"> </w:t>
      </w:r>
      <w:r w:rsidR="006C3281">
        <w:t>tablas según necesidad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5839"/>
      </w:tblGrid>
      <w:tr w:rsidR="00945C0E" w:rsidTr="0001196F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45C0E" w:rsidRDefault="00945C0E" w:rsidP="0001196F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TUTOR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45C0E" w:rsidRPr="009B315D" w:rsidRDefault="0001196F" w:rsidP="000119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945C0E" w:rsidTr="0001196F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45C0E" w:rsidRDefault="00945C0E" w:rsidP="0001196F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45C0E" w:rsidRDefault="00945C0E" w:rsidP="0001196F">
            <w:pPr>
              <w:spacing w:after="0" w:line="240" w:lineRule="auto"/>
            </w:pPr>
          </w:p>
        </w:tc>
      </w:tr>
      <w:tr w:rsidR="00945C0E" w:rsidTr="0001196F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45C0E" w:rsidRDefault="00945C0E" w:rsidP="0001196F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Formación teológica y pedagógica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945C0E" w:rsidRDefault="00945C0E" w:rsidP="0001196F">
            <w:pPr>
              <w:spacing w:after="0" w:line="240" w:lineRule="auto"/>
            </w:pPr>
          </w:p>
        </w:tc>
      </w:tr>
      <w:tr w:rsidR="0085289E" w:rsidTr="0085289E">
        <w:trPr>
          <w:trHeight w:val="445"/>
          <w:jc w:val="center"/>
        </w:trPr>
        <w:tc>
          <w:tcPr>
            <w:tcW w:w="3288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85289E" w:rsidP="0085289E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Experiencia docente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A42FA2" w:rsidP="0085289E">
            <w:pPr>
              <w:spacing w:after="0" w:line="240" w:lineRule="auto"/>
            </w:pPr>
            <w:sdt>
              <w:sdtPr>
                <w:id w:val="143679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289E">
              <w:t xml:space="preserve"> Ed. Infantil/Primaria     </w:t>
            </w:r>
            <w:sdt>
              <w:sdtPr>
                <w:id w:val="-37193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289E">
              <w:t xml:space="preserve"> Ed. Secundaria/Bachillerato</w:t>
            </w:r>
          </w:p>
          <w:p w:rsidR="0085289E" w:rsidRPr="003C0267" w:rsidRDefault="00A42FA2" w:rsidP="0085289E">
            <w:pPr>
              <w:spacing w:after="0" w:line="240" w:lineRule="auto"/>
            </w:pPr>
            <w:sdt>
              <w:sdtPr>
                <w:id w:val="163745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289E">
              <w:t xml:space="preserve"> Docencia a nivel universitario</w:t>
            </w:r>
          </w:p>
        </w:tc>
      </w:tr>
      <w:tr w:rsidR="0085289E" w:rsidTr="008C7B7A">
        <w:trPr>
          <w:trHeight w:val="118"/>
          <w:jc w:val="center"/>
        </w:trPr>
        <w:tc>
          <w:tcPr>
            <w:tcW w:w="3288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85289E" w:rsidP="0085289E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85289E" w:rsidP="0085289E">
            <w:pPr>
              <w:spacing w:after="0" w:line="240" w:lineRule="auto"/>
            </w:pPr>
            <w:r>
              <w:t xml:space="preserve">Descripción: </w:t>
            </w:r>
          </w:p>
        </w:tc>
      </w:tr>
      <w:tr w:rsidR="0085289E" w:rsidTr="0001196F">
        <w:trPr>
          <w:trHeight w:val="355"/>
          <w:jc w:val="center"/>
        </w:trPr>
        <w:tc>
          <w:tcPr>
            <w:tcW w:w="3288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85289E" w:rsidP="0085289E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Competencia Digital Docente</w:t>
            </w:r>
            <w:r>
              <w:rPr>
                <w:rStyle w:val="Refdenotaalpie"/>
                <w:b/>
                <w:color w:val="8A1538"/>
                <w:sz w:val="18"/>
              </w:rPr>
              <w:footnoteReference w:id="7"/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A42FA2" w:rsidP="0085289E">
            <w:pPr>
              <w:spacing w:after="0" w:line="240" w:lineRule="auto"/>
            </w:pPr>
            <w:sdt>
              <w:sdtPr>
                <w:id w:val="51943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289E">
              <w:t xml:space="preserve"> Certificación oficial de nivel </w:t>
            </w:r>
            <w:sdt>
              <w:sdtPr>
                <w:id w:val="-22787036"/>
                <w:placeholder>
                  <w:docPart w:val="909C7768063C4ED9829FDBAA7AEB30C6"/>
                </w:placeholder>
                <w:showingPlcHdr/>
                <w:dropDownList>
                  <w:listItem w:value="Elija un elemento del desplegable."/>
                  <w:listItem w:displayText="básico (A1, A2)" w:value="básico (A1, A2)"/>
                  <w:listItem w:displayText="intermedio (B1, B2)" w:value="intermedio (B1, B2)"/>
                  <w:listItem w:displayText="avanzado (C1. C2)" w:value="avanzado (C1. C2)"/>
                </w:dropDownList>
              </w:sdtPr>
              <w:sdtContent>
                <w:r w:rsidR="0085289E" w:rsidRPr="00FE5F08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85289E" w:rsidRDefault="00A42FA2" w:rsidP="0085289E">
            <w:pPr>
              <w:spacing w:after="0" w:line="240" w:lineRule="auto"/>
            </w:pPr>
            <w:sdt>
              <w:sdtPr>
                <w:id w:val="173821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289E">
              <w:t xml:space="preserve"> Experiencia en docencia virtual. Años: ________________</w:t>
            </w:r>
          </w:p>
        </w:tc>
      </w:tr>
      <w:tr w:rsidR="0085289E" w:rsidTr="00AD1D5E">
        <w:trPr>
          <w:trHeight w:val="229"/>
          <w:jc w:val="center"/>
        </w:trPr>
        <w:tc>
          <w:tcPr>
            <w:tcW w:w="3288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85289E" w:rsidP="0085289E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85289E" w:rsidRDefault="0085289E" w:rsidP="0085289E">
            <w:pPr>
              <w:spacing w:after="0" w:line="240" w:lineRule="auto"/>
            </w:pPr>
            <w:r>
              <w:t>Descripción experiencia:</w:t>
            </w:r>
          </w:p>
        </w:tc>
      </w:tr>
    </w:tbl>
    <w:p w:rsidR="0001196F" w:rsidRDefault="0001196F">
      <w:pPr>
        <w:spacing w:after="200" w:line="276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5839"/>
      </w:tblGrid>
      <w:tr w:rsidR="00AD1D5E" w:rsidTr="006309C6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TUTOR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Pr="009B315D" w:rsidRDefault="00AD1D5E" w:rsidP="006309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AD1D5E" w:rsidTr="006309C6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Formación teológica y pedagógica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trHeight w:val="445"/>
          <w:jc w:val="center"/>
        </w:trPr>
        <w:tc>
          <w:tcPr>
            <w:tcW w:w="3288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Experiencia docente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id w:val="-61359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Ed. Infantil/Primaria     </w:t>
            </w:r>
            <w:sdt>
              <w:sdtPr>
                <w:id w:val="1725253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Ed. Secundaria/Bachillerato</w:t>
            </w:r>
          </w:p>
          <w:p w:rsidR="00AD1D5E" w:rsidRPr="003C0267" w:rsidRDefault="00A42FA2" w:rsidP="006309C6">
            <w:pPr>
              <w:spacing w:after="0" w:line="240" w:lineRule="auto"/>
            </w:pPr>
            <w:sdt>
              <w:sdtPr>
                <w:id w:val="-132674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Docencia a nivel universitario</w:t>
            </w:r>
          </w:p>
        </w:tc>
      </w:tr>
      <w:tr w:rsidR="00AD1D5E" w:rsidTr="006309C6">
        <w:trPr>
          <w:trHeight w:val="118"/>
          <w:jc w:val="center"/>
        </w:trPr>
        <w:tc>
          <w:tcPr>
            <w:tcW w:w="3288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t xml:space="preserve">Descripción: </w:t>
            </w:r>
          </w:p>
        </w:tc>
      </w:tr>
      <w:tr w:rsidR="00AD1D5E" w:rsidTr="006309C6">
        <w:trPr>
          <w:trHeight w:val="355"/>
          <w:jc w:val="center"/>
        </w:trPr>
        <w:tc>
          <w:tcPr>
            <w:tcW w:w="3288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Competencia Digital Docente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id w:val="51304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Certificación oficial de nivel </w:t>
            </w:r>
            <w:sdt>
              <w:sdtPr>
                <w:id w:val="-1325652976"/>
                <w:placeholder>
                  <w:docPart w:val="DC6E29A2EABA4109B529056CE0491ABB"/>
                </w:placeholder>
                <w:showingPlcHdr/>
                <w:dropDownList>
                  <w:listItem w:value="Elija un elemento del desplegable."/>
                  <w:listItem w:displayText="básico (A1, A2)" w:value="básico (A1, A2)"/>
                  <w:listItem w:displayText="intermedio (B1, B2)" w:value="intermedio (B1, B2)"/>
                  <w:listItem w:displayText="avanzado (C1. C2)" w:value="avanzado (C1. C2)"/>
                </w:dropDownList>
              </w:sdtPr>
              <w:sdtContent>
                <w:r w:rsidR="00AD1D5E" w:rsidRPr="00FE5F08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AD1D5E" w:rsidRDefault="00A42FA2" w:rsidP="006309C6">
            <w:pPr>
              <w:spacing w:after="0" w:line="240" w:lineRule="auto"/>
            </w:pPr>
            <w:sdt>
              <w:sdtPr>
                <w:id w:val="-111197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Experiencia en docencia virtual. Años: ________________</w:t>
            </w:r>
          </w:p>
        </w:tc>
      </w:tr>
      <w:tr w:rsidR="00AD1D5E" w:rsidTr="006309C6">
        <w:trPr>
          <w:trHeight w:val="229"/>
          <w:jc w:val="center"/>
        </w:trPr>
        <w:tc>
          <w:tcPr>
            <w:tcW w:w="3288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t>Descripción experiencia:</w:t>
            </w:r>
          </w:p>
        </w:tc>
      </w:tr>
    </w:tbl>
    <w:p w:rsidR="00AD1D5E" w:rsidRDefault="00AD1D5E">
      <w:pPr>
        <w:spacing w:after="200" w:line="276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5839"/>
      </w:tblGrid>
      <w:tr w:rsidR="00AD1D5E" w:rsidTr="006309C6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TUTOR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Pr="009B315D" w:rsidRDefault="00AD1D5E" w:rsidP="006309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AD1D5E" w:rsidTr="006309C6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Asignatura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jc w:val="center"/>
        </w:trPr>
        <w:tc>
          <w:tcPr>
            <w:tcW w:w="328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Formación teológica y pedagógica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</w:p>
        </w:tc>
      </w:tr>
      <w:tr w:rsidR="00AD1D5E" w:rsidTr="006309C6">
        <w:trPr>
          <w:trHeight w:val="445"/>
          <w:jc w:val="center"/>
        </w:trPr>
        <w:tc>
          <w:tcPr>
            <w:tcW w:w="3288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Experiencia docente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id w:val="105983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Ed. Infantil/Primaria     </w:t>
            </w:r>
            <w:sdt>
              <w:sdtPr>
                <w:id w:val="-181100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Ed. Secundaria/Bachillerato</w:t>
            </w:r>
          </w:p>
          <w:p w:rsidR="00AD1D5E" w:rsidRPr="003C0267" w:rsidRDefault="00A42FA2" w:rsidP="006309C6">
            <w:pPr>
              <w:spacing w:after="0" w:line="240" w:lineRule="auto"/>
            </w:pPr>
            <w:sdt>
              <w:sdtPr>
                <w:id w:val="-194167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Docencia a nivel universitario</w:t>
            </w:r>
          </w:p>
        </w:tc>
      </w:tr>
      <w:tr w:rsidR="00AD1D5E" w:rsidTr="006309C6">
        <w:trPr>
          <w:trHeight w:val="118"/>
          <w:jc w:val="center"/>
        </w:trPr>
        <w:tc>
          <w:tcPr>
            <w:tcW w:w="3288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t xml:space="preserve">Descripción: </w:t>
            </w:r>
          </w:p>
        </w:tc>
      </w:tr>
      <w:tr w:rsidR="00AD1D5E" w:rsidTr="006309C6">
        <w:trPr>
          <w:trHeight w:val="355"/>
          <w:jc w:val="center"/>
        </w:trPr>
        <w:tc>
          <w:tcPr>
            <w:tcW w:w="3288" w:type="dxa"/>
            <w:vMerge w:val="restart"/>
            <w:tcBorders>
              <w:top w:val="single" w:sz="6" w:space="0" w:color="D9D0D4"/>
              <w:left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Competencia Digital Docente</w:t>
            </w: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42FA2" w:rsidP="006309C6">
            <w:pPr>
              <w:spacing w:after="0" w:line="240" w:lineRule="auto"/>
            </w:pPr>
            <w:sdt>
              <w:sdtPr>
                <w:id w:val="-127577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Certificación oficial de nivel </w:t>
            </w:r>
            <w:sdt>
              <w:sdtPr>
                <w:id w:val="1346431567"/>
                <w:placeholder>
                  <w:docPart w:val="F38383B2CB604B03B514322C452734EB"/>
                </w:placeholder>
                <w:showingPlcHdr/>
                <w:dropDownList>
                  <w:listItem w:value="Elija un elemento del desplegable."/>
                  <w:listItem w:displayText="básico (A1, A2)" w:value="básico (A1, A2)"/>
                  <w:listItem w:displayText="intermedio (B1, B2)" w:value="intermedio (B1, B2)"/>
                  <w:listItem w:displayText="avanzado (C1. C2)" w:value="avanzado (C1. C2)"/>
                </w:dropDownList>
              </w:sdtPr>
              <w:sdtContent>
                <w:r w:rsidR="00AD1D5E" w:rsidRPr="00FE5F08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AD1D5E" w:rsidRDefault="00A42FA2" w:rsidP="006309C6">
            <w:pPr>
              <w:spacing w:after="0" w:line="240" w:lineRule="auto"/>
            </w:pPr>
            <w:sdt>
              <w:sdtPr>
                <w:id w:val="131791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D5E">
              <w:t xml:space="preserve"> Experiencia en docencia virtual. Años: ________________</w:t>
            </w:r>
          </w:p>
        </w:tc>
      </w:tr>
      <w:tr w:rsidR="00AD1D5E" w:rsidTr="006309C6">
        <w:trPr>
          <w:trHeight w:val="229"/>
          <w:jc w:val="center"/>
        </w:trPr>
        <w:tc>
          <w:tcPr>
            <w:tcW w:w="3288" w:type="dxa"/>
            <w:vMerge/>
            <w:tcBorders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D1D5E" w:rsidRDefault="00AD1D5E" w:rsidP="006309C6">
            <w:pPr>
              <w:spacing w:after="0" w:line="240" w:lineRule="auto"/>
            </w:pPr>
            <w:r>
              <w:t>Descripción experiencia:</w:t>
            </w:r>
          </w:p>
        </w:tc>
      </w:tr>
    </w:tbl>
    <w:p w:rsidR="00AD1D5E" w:rsidRDefault="00AD1D5E">
      <w:pPr>
        <w:spacing w:after="200" w:line="276" w:lineRule="auto"/>
      </w:pPr>
    </w:p>
    <w:p w:rsidR="00F223EA" w:rsidRDefault="00F223EA" w:rsidP="00F223EA">
      <w:pPr>
        <w:pStyle w:val="Hint"/>
      </w:pPr>
    </w:p>
    <w:p w:rsidR="00F223EA" w:rsidRDefault="00F223EA">
      <w:pPr>
        <w:spacing w:after="200" w:line="276" w:lineRule="auto"/>
        <w:rPr>
          <w:b/>
          <w:color w:val="FFFFFF"/>
          <w:sz w:val="22"/>
        </w:rPr>
      </w:pPr>
      <w:r>
        <w:br w:type="page"/>
      </w:r>
    </w:p>
    <w:p w:rsidR="00144C2A" w:rsidRDefault="000A36CC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 xml:space="preserve"> </w:t>
      </w:r>
      <w:r w:rsidR="003B6D38">
        <w:t>DECLARACIÓN SOBRE INFRAESTRUCTURA TECNOLÓGICA</w:t>
      </w:r>
    </w:p>
    <w:p w:rsidR="00144C2A" w:rsidRDefault="003B6D38">
      <w:pPr>
        <w:pStyle w:val="Hint"/>
      </w:pPr>
      <w:bookmarkStart w:id="2" w:name="_Hlk231983904"/>
      <w:r>
        <w:t>Certificación básica del entorno EVA y de sus medidas de seguridad.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5896"/>
      </w:tblGrid>
      <w:tr w:rsidR="00144C2A">
        <w:trPr>
          <w:jc w:val="center"/>
        </w:trPr>
        <w:tc>
          <w:tcPr>
            <w:tcW w:w="323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bookmarkEnd w:id="2"/>
          <w:p w:rsidR="00144C2A" w:rsidRDefault="003B6D3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Plataforma EVA utilizada</w:t>
            </w:r>
          </w:p>
        </w:tc>
        <w:tc>
          <w:tcPr>
            <w:tcW w:w="589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144C2A">
            <w:pPr>
              <w:spacing w:after="0" w:line="240" w:lineRule="auto"/>
            </w:pPr>
          </w:p>
        </w:tc>
      </w:tr>
      <w:tr w:rsidR="00144C2A">
        <w:trPr>
          <w:jc w:val="center"/>
        </w:trPr>
        <w:tc>
          <w:tcPr>
            <w:tcW w:w="323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3B6D38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Proveedor / sistema</w:t>
            </w:r>
          </w:p>
        </w:tc>
        <w:tc>
          <w:tcPr>
            <w:tcW w:w="589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144C2A" w:rsidRDefault="00144C2A">
            <w:pPr>
              <w:spacing w:after="0" w:line="240" w:lineRule="auto"/>
            </w:pPr>
          </w:p>
        </w:tc>
      </w:tr>
    </w:tbl>
    <w:p w:rsidR="00251E21" w:rsidRDefault="00251E21" w:rsidP="00AD1D5E">
      <w:pPr>
        <w:pStyle w:val="H2"/>
        <w:spacing w:before="0"/>
      </w:pPr>
    </w:p>
    <w:p w:rsidR="00144C2A" w:rsidRDefault="003B6D38">
      <w:pPr>
        <w:pStyle w:val="H2"/>
      </w:pPr>
      <w:r>
        <w:t>1. Medidas de seguridad</w:t>
      </w:r>
    </w:p>
    <w:p w:rsidR="00144C2A" w:rsidRDefault="00A42FA2" w:rsidP="00AC0A36">
      <w:pPr>
        <w:spacing w:after="40"/>
        <w:ind w:left="426"/>
      </w:pPr>
      <w:sdt>
        <w:sdtPr>
          <w:id w:val="-19716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0A36">
            <w:rPr>
              <w:rFonts w:ascii="MS Gothic" w:eastAsia="MS Gothic" w:hAnsi="MS Gothic" w:hint="eastAsia"/>
            </w:rPr>
            <w:t>☐</w:t>
          </w:r>
        </w:sdtContent>
      </w:sdt>
      <w:r w:rsidR="003B6D38">
        <w:t xml:space="preserve"> Protección de datos      </w:t>
      </w:r>
      <w:sdt>
        <w:sdtPr>
          <w:id w:val="1208377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0A36">
            <w:rPr>
              <w:rFonts w:ascii="MS Gothic" w:eastAsia="MS Gothic" w:hAnsi="MS Gothic" w:hint="eastAsia"/>
            </w:rPr>
            <w:t>☐</w:t>
          </w:r>
        </w:sdtContent>
      </w:sdt>
      <w:r w:rsidR="003B6D38">
        <w:t xml:space="preserve"> Copias de seguridad      </w:t>
      </w:r>
      <w:sdt>
        <w:sdtPr>
          <w:id w:val="-863207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0A36">
            <w:rPr>
              <w:rFonts w:ascii="MS Gothic" w:eastAsia="MS Gothic" w:hAnsi="MS Gothic" w:hint="eastAsia"/>
            </w:rPr>
            <w:t>☐</w:t>
          </w:r>
        </w:sdtContent>
      </w:sdt>
      <w:r w:rsidR="003B6D38">
        <w:t xml:space="preserve"> Control de acceso</w:t>
      </w:r>
    </w:p>
    <w:p w:rsidR="00431C47" w:rsidRDefault="00431C47" w:rsidP="00AD1D5E">
      <w:pPr>
        <w:spacing w:after="0"/>
      </w:pPr>
    </w:p>
    <w:p w:rsidR="005E4E99" w:rsidRDefault="00685B6E" w:rsidP="00685B6E">
      <w:pPr>
        <w:pStyle w:val="H2"/>
      </w:pPr>
      <w:r>
        <w:t xml:space="preserve">2. </w:t>
      </w:r>
      <w:r w:rsidR="00251E21">
        <w:t>Evidencias de trazabilidad de la actividad académica que se pueden generar a través del EVA:</w:t>
      </w:r>
    </w:p>
    <w:p w:rsidR="00251E21" w:rsidRPr="00251E21" w:rsidRDefault="00251E21" w:rsidP="00251E21">
      <w:pPr>
        <w:pStyle w:val="Hint"/>
        <w:rPr>
          <w:i/>
        </w:rPr>
      </w:pPr>
      <w:r>
        <w:t xml:space="preserve">Ref. Anexo III de </w:t>
      </w:r>
      <w:r w:rsidRPr="00251E21">
        <w:rPr>
          <w:i/>
        </w:rPr>
        <w:t>Directrices para la enseñanza de los programas dirigidos a la obtención de la DECA en modalidad virtual</w:t>
      </w:r>
    </w:p>
    <w:p w:rsidR="005E4E99" w:rsidRDefault="00A42FA2" w:rsidP="00AC0A36">
      <w:pPr>
        <w:spacing w:after="40"/>
        <w:ind w:left="426"/>
      </w:pPr>
      <w:sdt>
        <w:sdtPr>
          <w:id w:val="-1203552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FC6">
            <w:rPr>
              <w:rFonts w:ascii="MS Gothic" w:eastAsia="MS Gothic" w:hAnsi="MS Gothic" w:hint="eastAsia"/>
            </w:rPr>
            <w:t>☐</w:t>
          </w:r>
        </w:sdtContent>
      </w:sdt>
      <w:r w:rsidR="005E4E99">
        <w:t xml:space="preserve"> </w:t>
      </w:r>
      <w:r w:rsidR="00251E21">
        <w:t>C</w:t>
      </w:r>
      <w:r w:rsidR="005E4E99" w:rsidRPr="005E4E99">
        <w:t>onexi</w:t>
      </w:r>
      <w:r w:rsidR="005E4E99" w:rsidRPr="005E4E99">
        <w:rPr>
          <w:rFonts w:hint="cs"/>
        </w:rPr>
        <w:t>ó</w:t>
      </w:r>
      <w:r w:rsidR="005E4E99" w:rsidRPr="005E4E99">
        <w:t xml:space="preserve">n </w:t>
      </w:r>
      <w:r w:rsidR="005E4E99">
        <w:t>(</w:t>
      </w:r>
      <w:r w:rsidR="005E4E99" w:rsidRPr="005E4E99">
        <w:t>usuario, direcci</w:t>
      </w:r>
      <w:r w:rsidR="005E4E99" w:rsidRPr="005E4E99">
        <w:rPr>
          <w:rFonts w:hint="cs"/>
        </w:rPr>
        <w:t>ó</w:t>
      </w:r>
      <w:r w:rsidR="005E4E99" w:rsidRPr="005E4E99">
        <w:t>n IP, fecha y duraci</w:t>
      </w:r>
      <w:r w:rsidR="005E4E99" w:rsidRPr="005E4E99">
        <w:rPr>
          <w:rFonts w:hint="cs"/>
        </w:rPr>
        <w:t>ó</w:t>
      </w:r>
      <w:r w:rsidR="005E4E99" w:rsidRPr="005E4E99">
        <w:t>n de la sesi</w:t>
      </w:r>
      <w:r w:rsidR="005E4E99" w:rsidRPr="005E4E99">
        <w:rPr>
          <w:rFonts w:hint="cs"/>
        </w:rPr>
        <w:t>ó</w:t>
      </w:r>
      <w:r w:rsidR="005E4E99" w:rsidRPr="005E4E99">
        <w:t>n</w:t>
      </w:r>
      <w:r w:rsidR="005E4E99">
        <w:t>)</w:t>
      </w:r>
    </w:p>
    <w:p w:rsidR="005E4E99" w:rsidRDefault="00A42FA2" w:rsidP="00AC0A36">
      <w:pPr>
        <w:spacing w:after="40"/>
        <w:ind w:left="426"/>
      </w:pPr>
      <w:sdt>
        <w:sdtPr>
          <w:id w:val="1011885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FC6">
            <w:rPr>
              <w:rFonts w:ascii="MS Gothic" w:eastAsia="MS Gothic" w:hAnsi="MS Gothic" w:hint="eastAsia"/>
            </w:rPr>
            <w:t>☐</w:t>
          </w:r>
        </w:sdtContent>
      </w:sdt>
      <w:r w:rsidR="005E4E99">
        <w:t xml:space="preserve"> </w:t>
      </w:r>
      <w:r w:rsidR="00251E21">
        <w:t>P</w:t>
      </w:r>
      <w:r w:rsidR="005E4E99">
        <w:t>articipación (f</w:t>
      </w:r>
      <w:r w:rsidR="005E4E99" w:rsidRPr="005E4E99">
        <w:t>oros, chats y entrega de actividades evaluables con sello de tiempo</w:t>
      </w:r>
      <w:r w:rsidR="005E4E99">
        <w:t>)</w:t>
      </w:r>
    </w:p>
    <w:p w:rsidR="00251E21" w:rsidRDefault="00A42FA2" w:rsidP="00AC0A36">
      <w:pPr>
        <w:spacing w:after="40"/>
        <w:ind w:left="426"/>
      </w:pPr>
      <w:sdt>
        <w:sdtPr>
          <w:id w:val="398028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105C">
            <w:rPr>
              <w:rFonts w:ascii="MS Gothic" w:eastAsia="MS Gothic" w:hAnsi="MS Gothic" w:hint="eastAsia"/>
            </w:rPr>
            <w:t>☐</w:t>
          </w:r>
        </w:sdtContent>
      </w:sdt>
      <w:r w:rsidR="005E4E99">
        <w:t xml:space="preserve"> </w:t>
      </w:r>
      <w:r w:rsidR="00251E21">
        <w:t>Autoría</w:t>
      </w:r>
      <w:r w:rsidR="005E4E99">
        <w:t xml:space="preserve"> (</w:t>
      </w:r>
      <w:r w:rsidR="005E4E99" w:rsidRPr="005E4E99">
        <w:t xml:space="preserve">Informes generados por el software </w:t>
      </w:r>
      <w:proofErr w:type="spellStart"/>
      <w:r w:rsidR="005E4E99" w:rsidRPr="005E4E99">
        <w:t>anti</w:t>
      </w:r>
      <w:r w:rsidR="00251E21">
        <w:t>-</w:t>
      </w:r>
      <w:r w:rsidR="005E4E99" w:rsidRPr="005E4E99">
        <w:t>plagio</w:t>
      </w:r>
      <w:proofErr w:type="spellEnd"/>
      <w:r w:rsidR="00251E21">
        <w:t xml:space="preserve">, </w:t>
      </w:r>
      <w:r w:rsidR="005E4E99" w:rsidRPr="005E4E99">
        <w:t>reportes de identidad y supervisi</w:t>
      </w:r>
      <w:r w:rsidR="005E4E99" w:rsidRPr="005E4E99">
        <w:rPr>
          <w:rFonts w:hint="cs"/>
        </w:rPr>
        <w:t>ó</w:t>
      </w:r>
      <w:r w:rsidR="005E4E99" w:rsidRPr="005E4E99">
        <w:t>n generados por el sistema utilizado en la prueba</w:t>
      </w:r>
      <w:r w:rsidR="00251E21">
        <w:t>)</w:t>
      </w:r>
    </w:p>
    <w:p w:rsidR="00251E21" w:rsidRDefault="00A42FA2" w:rsidP="00AC0A36">
      <w:pPr>
        <w:spacing w:after="40"/>
        <w:ind w:left="426"/>
      </w:pPr>
      <w:sdt>
        <w:sdtPr>
          <w:id w:val="-779871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96F">
            <w:rPr>
              <w:rFonts w:ascii="MS Gothic" w:eastAsia="MS Gothic" w:hAnsi="MS Gothic" w:hint="eastAsia"/>
            </w:rPr>
            <w:t>☐</w:t>
          </w:r>
        </w:sdtContent>
      </w:sdt>
      <w:r w:rsidR="00251E21">
        <w:t xml:space="preserve"> C</w:t>
      </w:r>
      <w:r w:rsidR="00251E21" w:rsidRPr="00251E21">
        <w:t>ontenidos</w:t>
      </w:r>
      <w:r w:rsidR="00251E21">
        <w:t xml:space="preserve"> (</w:t>
      </w:r>
      <w:r w:rsidR="00251E21" w:rsidRPr="00251E21">
        <w:t>Historial de visualizaci</w:t>
      </w:r>
      <w:r w:rsidR="00251E21" w:rsidRPr="00251E21">
        <w:rPr>
          <w:rFonts w:hint="cs"/>
        </w:rPr>
        <w:t>ó</w:t>
      </w:r>
      <w:r w:rsidR="00251E21" w:rsidRPr="00251E21">
        <w:t>n de recursos multimedia y materiales digitales por parte de los alumnos</w:t>
      </w:r>
      <w:r w:rsidR="00251E21">
        <w:t>)</w:t>
      </w:r>
    </w:p>
    <w:p w:rsidR="00251E21" w:rsidRDefault="00251E21" w:rsidP="005E4E99">
      <w:pPr>
        <w:spacing w:after="40"/>
      </w:pPr>
    </w:p>
    <w:p w:rsidR="00DA5E74" w:rsidRDefault="00DA5E74" w:rsidP="00685B6E">
      <w:pPr>
        <w:pStyle w:val="H2"/>
      </w:pPr>
      <w:r>
        <w:t>3. Claves para DEMO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5896"/>
      </w:tblGrid>
      <w:tr w:rsidR="00DA5E74" w:rsidTr="0001196F">
        <w:trPr>
          <w:jc w:val="center"/>
        </w:trPr>
        <w:tc>
          <w:tcPr>
            <w:tcW w:w="323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A5E74" w:rsidRDefault="00DA5E74" w:rsidP="0001196F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Usuario</w:t>
            </w:r>
          </w:p>
        </w:tc>
        <w:tc>
          <w:tcPr>
            <w:tcW w:w="589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A5E74" w:rsidRDefault="00DA5E74" w:rsidP="0001196F">
            <w:pPr>
              <w:spacing w:after="0" w:line="240" w:lineRule="auto"/>
            </w:pPr>
          </w:p>
        </w:tc>
      </w:tr>
      <w:tr w:rsidR="00DA5E74" w:rsidTr="0001196F">
        <w:trPr>
          <w:jc w:val="center"/>
        </w:trPr>
        <w:tc>
          <w:tcPr>
            <w:tcW w:w="3231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A5E74" w:rsidRDefault="00DA5E74" w:rsidP="0001196F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Contraseña</w:t>
            </w:r>
          </w:p>
        </w:tc>
        <w:tc>
          <w:tcPr>
            <w:tcW w:w="589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DA5E74" w:rsidRDefault="00DA5E74" w:rsidP="0001196F">
            <w:pPr>
              <w:spacing w:after="0" w:line="240" w:lineRule="auto"/>
            </w:pPr>
          </w:p>
        </w:tc>
      </w:tr>
    </w:tbl>
    <w:p w:rsidR="00DA5E74" w:rsidRDefault="00DA5E74" w:rsidP="006C3281">
      <w:pPr>
        <w:pStyle w:val="H2"/>
        <w:spacing w:before="0"/>
      </w:pPr>
    </w:p>
    <w:p w:rsidR="00AC0A36" w:rsidRDefault="00AC0A36" w:rsidP="00AC0A36">
      <w:pPr>
        <w:pStyle w:val="H2"/>
      </w:pPr>
      <w:r>
        <w:t>Observaciones</w:t>
      </w:r>
    </w:p>
    <w:tbl>
      <w:tblPr>
        <w:tblStyle w:val="Tablaconcuadrcula"/>
        <w:tblpPr w:leftFromText="141" w:rightFromText="141" w:vertAnchor="text" w:horzAnchor="margin" w:tblpXSpec="center" w:tblpY="74"/>
        <w:tblW w:w="0" w:type="auto"/>
        <w:tblLayout w:type="fixed"/>
        <w:tblLook w:val="04A0" w:firstRow="1" w:lastRow="0" w:firstColumn="1" w:lastColumn="0" w:noHBand="0" w:noVBand="1"/>
      </w:tblPr>
      <w:tblGrid>
        <w:gridCol w:w="9127"/>
      </w:tblGrid>
      <w:tr w:rsidR="00AC0A36" w:rsidTr="00AC0A36">
        <w:tc>
          <w:tcPr>
            <w:tcW w:w="912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C0A36" w:rsidRDefault="00AC0A36" w:rsidP="00AC0A36">
            <w:pPr>
              <w:spacing w:after="0" w:line="240" w:lineRule="auto"/>
            </w:pPr>
          </w:p>
          <w:p w:rsidR="006C3281" w:rsidRDefault="006C3281" w:rsidP="00AC0A36">
            <w:pPr>
              <w:spacing w:after="0" w:line="240" w:lineRule="auto"/>
            </w:pPr>
          </w:p>
          <w:p w:rsidR="006C3281" w:rsidRDefault="006C3281" w:rsidP="00AC0A36">
            <w:pPr>
              <w:spacing w:after="0" w:line="240" w:lineRule="auto"/>
            </w:pPr>
          </w:p>
        </w:tc>
      </w:tr>
    </w:tbl>
    <w:p w:rsidR="00DA5E74" w:rsidRDefault="00DA5E74" w:rsidP="00685B6E">
      <w:pPr>
        <w:pStyle w:val="H2"/>
      </w:pPr>
    </w:p>
    <w:p w:rsidR="00685B6E" w:rsidRDefault="00685B6E"/>
    <w:p w:rsidR="00431C47" w:rsidRDefault="00431C47"/>
    <w:p w:rsidR="009B315D" w:rsidRDefault="009B315D">
      <w:pPr>
        <w:spacing w:after="200" w:line="276" w:lineRule="auto"/>
      </w:pPr>
      <w:r>
        <w:br w:type="page"/>
      </w:r>
    </w:p>
    <w:p w:rsidR="00041FFF" w:rsidRDefault="00041FFF" w:rsidP="00C24A28">
      <w:pPr>
        <w:pStyle w:val="Band"/>
        <w:numPr>
          <w:ilvl w:val="0"/>
          <w:numId w:val="19"/>
        </w:numPr>
        <w:shd w:val="clear" w:color="auto" w:fill="8A1538"/>
        <w:spacing w:before="0"/>
        <w:ind w:left="284" w:hanging="284"/>
      </w:pPr>
      <w:r>
        <w:t>DECLARACIÓN DE TRANSPARENCIA</w:t>
      </w:r>
    </w:p>
    <w:p w:rsidR="00041FFF" w:rsidRDefault="00041FFF" w:rsidP="00041FFF">
      <w:pPr>
        <w:pStyle w:val="Hint"/>
      </w:pPr>
      <w:r>
        <w:t>Verificación de la información pública disponible sobre el programa.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69"/>
        <w:gridCol w:w="6158"/>
      </w:tblGrid>
      <w:tr w:rsidR="00041FFF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041FFF" w:rsidRDefault="00041FFF" w:rsidP="006450F4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Enlace web </w:t>
            </w:r>
          </w:p>
        </w:tc>
        <w:tc>
          <w:tcPr>
            <w:tcW w:w="6158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041FFF" w:rsidRDefault="00041FFF" w:rsidP="006450F4">
            <w:pPr>
              <w:spacing w:after="0" w:line="240" w:lineRule="auto"/>
            </w:pPr>
          </w:p>
        </w:tc>
      </w:tr>
    </w:tbl>
    <w:p w:rsidR="00041FFF" w:rsidRDefault="00041FFF" w:rsidP="00041FFF">
      <w:pPr>
        <w:pStyle w:val="H2"/>
      </w:pPr>
    </w:p>
    <w:p w:rsidR="00041FFF" w:rsidRDefault="00041FFF" w:rsidP="00041FFF">
      <w:pPr>
        <w:pStyle w:val="H2"/>
      </w:pPr>
      <w:r>
        <w:t>Información publicada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69"/>
        <w:gridCol w:w="2126"/>
        <w:gridCol w:w="2127"/>
        <w:gridCol w:w="1906"/>
      </w:tblGrid>
      <w:tr w:rsidR="00B709D0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709D0" w:rsidRDefault="00B709D0" w:rsidP="006450F4">
            <w:pPr>
              <w:spacing w:after="0" w:line="240" w:lineRule="auto"/>
              <w:rPr>
                <w:b/>
                <w:color w:val="8A1538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709D0" w:rsidRPr="00B709D0" w:rsidRDefault="00B709D0" w:rsidP="006450F4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 w:rsidRPr="00B709D0">
              <w:rPr>
                <w:b/>
                <w:color w:val="8A1538"/>
                <w:sz w:val="18"/>
              </w:rPr>
              <w:t>No publicado</w:t>
            </w:r>
          </w:p>
        </w:tc>
        <w:tc>
          <w:tcPr>
            <w:tcW w:w="212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vAlign w:val="center"/>
          </w:tcPr>
          <w:p w:rsidR="00B709D0" w:rsidRPr="00B709D0" w:rsidRDefault="00B709D0" w:rsidP="006450F4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 w:rsidRPr="00B709D0">
              <w:rPr>
                <w:b/>
                <w:color w:val="8A1538"/>
                <w:sz w:val="18"/>
              </w:rPr>
              <w:t>En proceso</w:t>
            </w:r>
          </w:p>
        </w:tc>
        <w:tc>
          <w:tcPr>
            <w:tcW w:w="1906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vAlign w:val="center"/>
          </w:tcPr>
          <w:p w:rsidR="00B709D0" w:rsidRPr="00B709D0" w:rsidRDefault="00B709D0" w:rsidP="006450F4">
            <w:pPr>
              <w:spacing w:after="0" w:line="240" w:lineRule="auto"/>
              <w:jc w:val="center"/>
              <w:rPr>
                <w:b/>
                <w:color w:val="8A1538"/>
                <w:sz w:val="18"/>
              </w:rPr>
            </w:pPr>
            <w:r w:rsidRPr="00B709D0">
              <w:rPr>
                <w:b/>
                <w:color w:val="8A1538"/>
                <w:sz w:val="18"/>
              </w:rPr>
              <w:t>Publicado</w:t>
            </w:r>
          </w:p>
        </w:tc>
      </w:tr>
      <w:tr w:rsidR="00B709D0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B709D0" w:rsidRDefault="00B709D0" w:rsidP="006450F4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Plan de estudios (guías docentes)</w:t>
            </w:r>
          </w:p>
        </w:tc>
        <w:sdt>
          <w:sdtPr>
            <w:id w:val="1171681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B709D0" w:rsidRDefault="00CE7FC6" w:rsidP="006450F4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9088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7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B709D0" w:rsidRDefault="00CE7FC6" w:rsidP="006450F4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05212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B709D0" w:rsidRDefault="00CE7FC6" w:rsidP="006450F4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7FC6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E7FC6" w:rsidRDefault="00CE7FC6" w:rsidP="00CE7F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Profesorado</w:t>
            </w:r>
          </w:p>
        </w:tc>
        <w:sdt>
          <w:sdtPr>
            <w:id w:val="2101833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73501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7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95608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7FC6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E7FC6" w:rsidRDefault="00CE7FC6" w:rsidP="00CE7F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 xml:space="preserve">Calendario </w:t>
            </w:r>
          </w:p>
        </w:tc>
        <w:sdt>
          <w:sdtPr>
            <w:id w:val="-920246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6514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7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13394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7FC6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E7FC6" w:rsidRDefault="00CE7FC6" w:rsidP="00CE7FC6">
            <w:pPr>
              <w:spacing w:after="0" w:line="240" w:lineRule="auto"/>
            </w:pPr>
            <w:r>
              <w:rPr>
                <w:b/>
                <w:color w:val="8A1538"/>
                <w:sz w:val="18"/>
              </w:rPr>
              <w:t>Sistema de evaluación</w:t>
            </w:r>
          </w:p>
        </w:tc>
        <w:sdt>
          <w:sdtPr>
            <w:id w:val="-35457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71356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7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7123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7FC6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E7FC6" w:rsidRDefault="00CE7FC6" w:rsidP="00CE7F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Plazas ofertadas en la edición</w:t>
            </w:r>
          </w:p>
        </w:tc>
        <w:sdt>
          <w:sdtPr>
            <w:id w:val="-1012536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21029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7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5399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7FC6" w:rsidTr="006C3281">
        <w:trPr>
          <w:jc w:val="center"/>
        </w:trPr>
        <w:tc>
          <w:tcPr>
            <w:tcW w:w="2969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F4EFF1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CE7FC6" w:rsidRDefault="00CE7FC6" w:rsidP="00CE7FC6">
            <w:pPr>
              <w:spacing w:after="0" w:line="240" w:lineRule="auto"/>
              <w:rPr>
                <w:b/>
                <w:color w:val="8A1538"/>
                <w:sz w:val="18"/>
              </w:rPr>
            </w:pPr>
            <w:r>
              <w:rPr>
                <w:b/>
                <w:color w:val="8A1538"/>
                <w:sz w:val="18"/>
              </w:rPr>
              <w:t>Precio</w:t>
            </w:r>
          </w:p>
        </w:tc>
        <w:sdt>
          <w:sdtPr>
            <w:id w:val="322088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tcMar>
                  <w:top w:w="75" w:type="dxa"/>
                  <w:left w:w="100" w:type="dxa"/>
                  <w:bottom w:w="75" w:type="dxa"/>
                  <w:right w:w="100" w:type="dxa"/>
                </w:tcMar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895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7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33540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6" w:type="dxa"/>
                <w:tcBorders>
                  <w:top w:val="single" w:sz="6" w:space="0" w:color="D9D0D4"/>
                  <w:left w:val="single" w:sz="6" w:space="0" w:color="D9D0D4"/>
                  <w:bottom w:val="single" w:sz="6" w:space="0" w:color="D9D0D4"/>
                  <w:right w:val="single" w:sz="6" w:space="0" w:color="D9D0D4"/>
                </w:tcBorders>
                <w:vAlign w:val="center"/>
              </w:tcPr>
              <w:p w:rsidR="00CE7FC6" w:rsidRDefault="00CE7FC6" w:rsidP="00CE7FC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041FFF" w:rsidRDefault="00041FFF" w:rsidP="00041FFF">
      <w:pPr>
        <w:pStyle w:val="Hint"/>
      </w:pPr>
    </w:p>
    <w:p w:rsidR="00AC0A36" w:rsidRDefault="00AC0A36" w:rsidP="00AC0A36">
      <w:pPr>
        <w:pStyle w:val="H2"/>
      </w:pPr>
      <w:r>
        <w:t>Observaciones</w:t>
      </w:r>
    </w:p>
    <w:tbl>
      <w:tblPr>
        <w:tblStyle w:val="Tablaconcuadrcula"/>
        <w:tblpPr w:leftFromText="141" w:rightFromText="141" w:vertAnchor="text" w:horzAnchor="margin" w:tblpXSpec="center" w:tblpY="74"/>
        <w:tblW w:w="0" w:type="auto"/>
        <w:tblLayout w:type="fixed"/>
        <w:tblLook w:val="04A0" w:firstRow="1" w:lastRow="0" w:firstColumn="1" w:lastColumn="0" w:noHBand="0" w:noVBand="1"/>
      </w:tblPr>
      <w:tblGrid>
        <w:gridCol w:w="9127"/>
      </w:tblGrid>
      <w:tr w:rsidR="00AC0A36" w:rsidTr="00F118C5">
        <w:tc>
          <w:tcPr>
            <w:tcW w:w="9127" w:type="dxa"/>
            <w:tcBorders>
              <w:top w:val="single" w:sz="6" w:space="0" w:color="D9D0D4"/>
              <w:left w:val="single" w:sz="6" w:space="0" w:color="D9D0D4"/>
              <w:bottom w:val="single" w:sz="6" w:space="0" w:color="D9D0D4"/>
              <w:right w:val="single" w:sz="6" w:space="0" w:color="D9D0D4"/>
            </w:tcBorders>
            <w:shd w:val="clear" w:color="auto" w:fill="auto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C0A36" w:rsidRDefault="00AC0A36" w:rsidP="00F118C5">
            <w:pPr>
              <w:spacing w:after="0" w:line="240" w:lineRule="auto"/>
            </w:pPr>
          </w:p>
          <w:p w:rsidR="006C3281" w:rsidRDefault="006C3281" w:rsidP="00F118C5">
            <w:pPr>
              <w:spacing w:after="0" w:line="240" w:lineRule="auto"/>
            </w:pPr>
          </w:p>
          <w:p w:rsidR="006C3281" w:rsidRDefault="006C3281" w:rsidP="00F118C5">
            <w:pPr>
              <w:spacing w:after="0" w:line="240" w:lineRule="auto"/>
            </w:pPr>
          </w:p>
        </w:tc>
      </w:tr>
    </w:tbl>
    <w:p w:rsidR="00502A60" w:rsidRDefault="00502A60" w:rsidP="00041FFF">
      <w:pPr>
        <w:pStyle w:val="Hint"/>
      </w:pPr>
    </w:p>
    <w:p w:rsidR="00502A60" w:rsidRDefault="00502A60" w:rsidP="00041FFF">
      <w:pPr>
        <w:pStyle w:val="Hint"/>
      </w:pPr>
    </w:p>
    <w:p w:rsidR="00502A60" w:rsidRDefault="00502A60" w:rsidP="00041FFF">
      <w:pPr>
        <w:pStyle w:val="Hint"/>
      </w:pPr>
    </w:p>
    <w:p w:rsidR="00502A60" w:rsidRDefault="00502A60" w:rsidP="00041FFF">
      <w:pPr>
        <w:pStyle w:val="Hint"/>
      </w:pPr>
    </w:p>
    <w:p w:rsidR="00144C2A" w:rsidRDefault="00144C2A"/>
    <w:sectPr w:rsidR="00144C2A" w:rsidSect="00436AC5">
      <w:headerReference w:type="default" r:id="rId8"/>
      <w:footerReference w:type="default" r:id="rId9"/>
      <w:pgSz w:w="12240" w:h="15840"/>
      <w:pgMar w:top="993" w:right="1134" w:bottom="964" w:left="1134" w:header="51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FA2" w:rsidRDefault="00A42FA2">
      <w:pPr>
        <w:spacing w:after="0" w:line="240" w:lineRule="auto"/>
      </w:pPr>
      <w:r>
        <w:separator/>
      </w:r>
    </w:p>
  </w:endnote>
  <w:endnote w:type="continuationSeparator" w:id="0">
    <w:p w:rsidR="00A42FA2" w:rsidRDefault="00A42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8214103"/>
      <w:docPartObj>
        <w:docPartGallery w:val="Page Numbers (Bottom of Page)"/>
        <w:docPartUnique/>
      </w:docPartObj>
    </w:sdtPr>
    <w:sdtContent>
      <w:p w:rsidR="00A42FA2" w:rsidRDefault="00436AC5" w:rsidP="00436AC5">
        <w:pPr>
          <w:pStyle w:val="H2"/>
        </w:pPr>
        <w:r>
          <w:t xml:space="preserve"> </w:t>
        </w:r>
        <w:r w:rsidRPr="00436AC5">
          <w:rPr>
            <w:b w:val="0"/>
            <w:color w:val="BFBFBF" w:themeColor="background1" w:themeShade="BF"/>
            <w:sz w:val="16"/>
          </w:rPr>
          <w:t>M01 / Modelo normalizado para la solicitud de acreditación inicial de programas DECA en modalidad virtual</w:t>
        </w:r>
        <w:r w:rsidRPr="00436AC5">
          <w:rPr>
            <w:b w:val="0"/>
            <w:color w:val="BFBFBF" w:themeColor="background1" w:themeShade="BF"/>
            <w:sz w:val="16"/>
          </w:rPr>
          <w:t xml:space="preserve">                                                            </w:t>
        </w:r>
        <w:r w:rsidR="00A42FA2" w:rsidRPr="00C24A28">
          <w:rPr>
            <w:color w:val="A6A6A6" w:themeColor="background1" w:themeShade="A6"/>
          </w:rPr>
          <w:fldChar w:fldCharType="begin"/>
        </w:r>
        <w:r w:rsidR="00A42FA2" w:rsidRPr="00C24A28">
          <w:rPr>
            <w:color w:val="A6A6A6" w:themeColor="background1" w:themeShade="A6"/>
          </w:rPr>
          <w:instrText>PAGE   \* MERGEFORMAT</w:instrText>
        </w:r>
        <w:r w:rsidR="00A42FA2" w:rsidRPr="00C24A28">
          <w:rPr>
            <w:color w:val="A6A6A6" w:themeColor="background1" w:themeShade="A6"/>
          </w:rPr>
          <w:fldChar w:fldCharType="separate"/>
        </w:r>
        <w:r w:rsidR="00A42FA2" w:rsidRPr="00C24A28">
          <w:rPr>
            <w:color w:val="A6A6A6" w:themeColor="background1" w:themeShade="A6"/>
          </w:rPr>
          <w:t>2</w:t>
        </w:r>
        <w:r w:rsidR="00A42FA2" w:rsidRPr="00C24A28">
          <w:rPr>
            <w:color w:val="A6A6A6" w:themeColor="background1" w:themeShade="A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FA2" w:rsidRDefault="00A42FA2">
      <w:pPr>
        <w:spacing w:after="0" w:line="240" w:lineRule="auto"/>
      </w:pPr>
      <w:r>
        <w:separator/>
      </w:r>
    </w:p>
  </w:footnote>
  <w:footnote w:type="continuationSeparator" w:id="0">
    <w:p w:rsidR="00A42FA2" w:rsidRDefault="00A42FA2">
      <w:pPr>
        <w:spacing w:after="0" w:line="240" w:lineRule="auto"/>
      </w:pPr>
      <w:r>
        <w:continuationSeparator/>
      </w:r>
    </w:p>
  </w:footnote>
  <w:footnote w:id="1">
    <w:p w:rsidR="00A42FA2" w:rsidRDefault="00A42FA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C8256B">
        <w:rPr>
          <w:color w:val="6B7280"/>
          <w:sz w:val="17"/>
          <w:szCs w:val="22"/>
        </w:rPr>
        <w:t>Entiéndase como modalidad mixta, cuando en el mismo plan de estudios se ofertan asignaturas en modalidad virtual y asignaturas en modalidad presencial</w:t>
      </w:r>
      <w:r>
        <w:rPr>
          <w:color w:val="6B7280"/>
          <w:sz w:val="17"/>
          <w:szCs w:val="22"/>
        </w:rPr>
        <w:t>.</w:t>
      </w:r>
    </w:p>
  </w:footnote>
  <w:footnote w:id="2">
    <w:p w:rsidR="00A42FA2" w:rsidRPr="00F118C5" w:rsidRDefault="00A42FA2">
      <w:pPr>
        <w:pStyle w:val="Textonotapie"/>
        <w:rPr>
          <w:color w:val="6B7280"/>
          <w:sz w:val="17"/>
          <w:szCs w:val="22"/>
        </w:rPr>
      </w:pPr>
      <w:r>
        <w:rPr>
          <w:rStyle w:val="Refdenotaalpie"/>
        </w:rPr>
        <w:footnoteRef/>
      </w:r>
      <w:r>
        <w:t xml:space="preserve"> </w:t>
      </w:r>
      <w:r w:rsidRPr="00F118C5">
        <w:rPr>
          <w:color w:val="6B7280"/>
          <w:sz w:val="17"/>
          <w:szCs w:val="22"/>
        </w:rPr>
        <w:t xml:space="preserve">Duración mínima del programa, días naturales desde la fecha de inicio de curso hasta la fecha de la última </w:t>
      </w:r>
      <w:r>
        <w:rPr>
          <w:color w:val="6B7280"/>
          <w:sz w:val="17"/>
          <w:szCs w:val="22"/>
        </w:rPr>
        <w:t>evaluación.</w:t>
      </w:r>
    </w:p>
  </w:footnote>
  <w:footnote w:id="3">
    <w:p w:rsidR="00A42FA2" w:rsidRDefault="00A42FA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B11DF0">
        <w:rPr>
          <w:color w:val="6B7280"/>
          <w:sz w:val="17"/>
          <w:szCs w:val="22"/>
        </w:rPr>
        <w:t>Enti</w:t>
      </w:r>
      <w:r w:rsidRPr="00B11DF0">
        <w:rPr>
          <w:rFonts w:hint="cs"/>
          <w:color w:val="6B7280"/>
          <w:sz w:val="17"/>
          <w:szCs w:val="22"/>
        </w:rPr>
        <w:t>é</w:t>
      </w:r>
      <w:r w:rsidRPr="00B11DF0">
        <w:rPr>
          <w:color w:val="6B7280"/>
          <w:sz w:val="17"/>
          <w:szCs w:val="22"/>
        </w:rPr>
        <w:t>ndase por Dedicaci</w:t>
      </w:r>
      <w:r w:rsidRPr="00B11DF0">
        <w:rPr>
          <w:rFonts w:hint="cs"/>
          <w:color w:val="6B7280"/>
          <w:sz w:val="17"/>
          <w:szCs w:val="22"/>
        </w:rPr>
        <w:t>ó</w:t>
      </w:r>
      <w:r w:rsidRPr="00B11DF0">
        <w:rPr>
          <w:color w:val="6B7280"/>
          <w:sz w:val="17"/>
          <w:szCs w:val="22"/>
        </w:rPr>
        <w:t>n Diaria Media del alumno el cociente resultante de dividir el volumen total de horas de trabajo del estudiante, calculado seg</w:t>
      </w:r>
      <w:r w:rsidRPr="00B11DF0">
        <w:rPr>
          <w:rFonts w:hint="cs"/>
          <w:color w:val="6B7280"/>
          <w:sz w:val="17"/>
          <w:szCs w:val="22"/>
        </w:rPr>
        <w:t>ú</w:t>
      </w:r>
      <w:r w:rsidRPr="00B11DF0">
        <w:rPr>
          <w:color w:val="6B7280"/>
          <w:sz w:val="17"/>
          <w:szCs w:val="22"/>
        </w:rPr>
        <w:t>n el sistema de cr</w:t>
      </w:r>
      <w:r w:rsidRPr="00B11DF0">
        <w:rPr>
          <w:rFonts w:hint="cs"/>
          <w:color w:val="6B7280"/>
          <w:sz w:val="17"/>
          <w:szCs w:val="22"/>
        </w:rPr>
        <w:t>é</w:t>
      </w:r>
      <w:r w:rsidRPr="00B11DF0">
        <w:rPr>
          <w:color w:val="6B7280"/>
          <w:sz w:val="17"/>
          <w:szCs w:val="22"/>
        </w:rPr>
        <w:t>ditos ECTS, entre el n</w:t>
      </w:r>
      <w:r w:rsidRPr="00B11DF0">
        <w:rPr>
          <w:rFonts w:hint="cs"/>
          <w:color w:val="6B7280"/>
          <w:sz w:val="17"/>
          <w:szCs w:val="22"/>
        </w:rPr>
        <w:t>ú</w:t>
      </w:r>
      <w:r w:rsidRPr="00B11DF0">
        <w:rPr>
          <w:color w:val="6B7280"/>
          <w:sz w:val="17"/>
          <w:szCs w:val="22"/>
        </w:rPr>
        <w:t>mero de d</w:t>
      </w:r>
      <w:r w:rsidRPr="00B11DF0">
        <w:rPr>
          <w:rFonts w:hint="cs"/>
          <w:color w:val="6B7280"/>
          <w:sz w:val="17"/>
          <w:szCs w:val="22"/>
        </w:rPr>
        <w:t>í</w:t>
      </w:r>
      <w:r w:rsidRPr="00B11DF0">
        <w:rPr>
          <w:color w:val="6B7280"/>
          <w:sz w:val="17"/>
          <w:szCs w:val="22"/>
        </w:rPr>
        <w:t>as naturales de duraci</w:t>
      </w:r>
      <w:r w:rsidRPr="00B11DF0">
        <w:rPr>
          <w:rFonts w:hint="cs"/>
          <w:color w:val="6B7280"/>
          <w:sz w:val="17"/>
          <w:szCs w:val="22"/>
        </w:rPr>
        <w:t>ó</w:t>
      </w:r>
      <w:r w:rsidRPr="00B11DF0">
        <w:rPr>
          <w:color w:val="6B7280"/>
          <w:sz w:val="17"/>
          <w:szCs w:val="22"/>
        </w:rPr>
        <w:t>n del m</w:t>
      </w:r>
      <w:r w:rsidRPr="00B11DF0">
        <w:rPr>
          <w:rFonts w:hint="cs"/>
          <w:color w:val="6B7280"/>
          <w:sz w:val="17"/>
          <w:szCs w:val="22"/>
        </w:rPr>
        <w:t>ó</w:t>
      </w:r>
      <w:r w:rsidRPr="00B11DF0">
        <w:rPr>
          <w:color w:val="6B7280"/>
          <w:sz w:val="17"/>
          <w:szCs w:val="22"/>
        </w:rPr>
        <w:t>dulo</w:t>
      </w:r>
    </w:p>
  </w:footnote>
  <w:footnote w:id="4">
    <w:p w:rsidR="00A42FA2" w:rsidRDefault="00A42FA2" w:rsidP="00FD372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B11DF0">
        <w:rPr>
          <w:color w:val="6B7280"/>
          <w:sz w:val="17"/>
          <w:szCs w:val="22"/>
        </w:rPr>
        <w:t xml:space="preserve">Fecha de la </w:t>
      </w:r>
      <w:r w:rsidRPr="00B11DF0">
        <w:rPr>
          <w:rFonts w:hint="cs"/>
          <w:color w:val="6B7280"/>
          <w:sz w:val="17"/>
          <w:szCs w:val="22"/>
        </w:rPr>
        <w:t>ú</w:t>
      </w:r>
      <w:r w:rsidRPr="00B11DF0">
        <w:rPr>
          <w:color w:val="6B7280"/>
          <w:sz w:val="17"/>
          <w:szCs w:val="22"/>
        </w:rPr>
        <w:t>ltima aprobaci</w:t>
      </w:r>
      <w:r w:rsidRPr="00B11DF0">
        <w:rPr>
          <w:rFonts w:hint="cs"/>
          <w:color w:val="6B7280"/>
          <w:sz w:val="17"/>
          <w:szCs w:val="22"/>
        </w:rPr>
        <w:t>ó</w:t>
      </w:r>
      <w:r w:rsidRPr="00B11DF0">
        <w:rPr>
          <w:color w:val="6B7280"/>
          <w:sz w:val="17"/>
          <w:szCs w:val="22"/>
        </w:rPr>
        <w:t>n del plan de estudios conducente a la obtenci</w:t>
      </w:r>
      <w:r w:rsidRPr="00B11DF0">
        <w:rPr>
          <w:rFonts w:hint="cs"/>
          <w:color w:val="6B7280"/>
          <w:sz w:val="17"/>
          <w:szCs w:val="22"/>
        </w:rPr>
        <w:t>ó</w:t>
      </w:r>
      <w:r w:rsidRPr="00B11DF0">
        <w:rPr>
          <w:color w:val="6B7280"/>
          <w:sz w:val="17"/>
          <w:szCs w:val="22"/>
        </w:rPr>
        <w:t>n de la DECA de la misma etapa</w:t>
      </w:r>
      <w:r>
        <w:rPr>
          <w:color w:val="6B7280"/>
          <w:sz w:val="17"/>
          <w:szCs w:val="22"/>
        </w:rPr>
        <w:t>, Infantil y Primaria o Secundaria y Bachillerato</w:t>
      </w:r>
    </w:p>
    <w:p w:rsidR="00A42FA2" w:rsidRDefault="00A42FA2" w:rsidP="00FD3725">
      <w:pPr>
        <w:pStyle w:val="Textonotapie"/>
      </w:pPr>
      <w:r>
        <w:t xml:space="preserve">  </w:t>
      </w:r>
    </w:p>
  </w:footnote>
  <w:footnote w:id="5">
    <w:p w:rsidR="00A42FA2" w:rsidRPr="008C49B7" w:rsidRDefault="00A42FA2" w:rsidP="00823FAC">
      <w:pPr>
        <w:pStyle w:val="Textonotapie"/>
        <w:rPr>
          <w:color w:val="6B7280"/>
          <w:sz w:val="17"/>
          <w:szCs w:val="22"/>
        </w:rPr>
      </w:pPr>
      <w:r>
        <w:rPr>
          <w:rStyle w:val="Refdenotaalpie"/>
        </w:rPr>
        <w:footnoteRef/>
      </w:r>
      <w:r>
        <w:t xml:space="preserve"> </w:t>
      </w:r>
      <w:r w:rsidRPr="008C49B7">
        <w:rPr>
          <w:color w:val="6B7280"/>
          <w:sz w:val="17"/>
          <w:szCs w:val="22"/>
        </w:rPr>
        <w:t>Sincrónica: prueba en tiempo real en la fecha y hora indicadas.</w:t>
      </w:r>
      <w:r>
        <w:rPr>
          <w:color w:val="6B7280"/>
          <w:sz w:val="17"/>
          <w:szCs w:val="22"/>
        </w:rPr>
        <w:t xml:space="preserve"> </w:t>
      </w:r>
      <w:r w:rsidRPr="008C49B7">
        <w:rPr>
          <w:color w:val="6B7280"/>
          <w:sz w:val="17"/>
          <w:szCs w:val="22"/>
        </w:rPr>
        <w:t>Asincrónica: acceso libre para realizar la prueba dentro de una franja horaria establecida, superior al tiempo máximo de realización de la misma</w:t>
      </w:r>
    </w:p>
    <w:p w:rsidR="00A42FA2" w:rsidRDefault="00A42FA2" w:rsidP="00823FAC">
      <w:pPr>
        <w:pStyle w:val="Textonotapie"/>
      </w:pPr>
    </w:p>
  </w:footnote>
  <w:footnote w:id="6">
    <w:p w:rsidR="00A42FA2" w:rsidRDefault="00A42FA2" w:rsidP="00AB4165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967AB8">
          <w:rPr>
            <w:color w:val="6B7280"/>
            <w:sz w:val="17"/>
            <w:szCs w:val="22"/>
            <w:u w:val="single"/>
          </w:rPr>
          <w:t>https://intef.es/competencia-digital-educativa/competencia-digital-docente/</w:t>
        </w:r>
      </w:hyperlink>
    </w:p>
  </w:footnote>
  <w:footnote w:id="7">
    <w:p w:rsidR="00A42FA2" w:rsidRDefault="00A42FA2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2" w:history="1">
        <w:r w:rsidRPr="00967AB8">
          <w:rPr>
            <w:color w:val="6B7280"/>
            <w:sz w:val="17"/>
            <w:szCs w:val="22"/>
            <w:u w:val="single"/>
          </w:rPr>
          <w:t>https://intef.es/competencia-digital-educativa/competencia-digital-docente/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FA2" w:rsidRDefault="00A42FA2" w:rsidP="00ED5213">
    <w:pPr>
      <w:pStyle w:val="Encabezado"/>
      <w:pBdr>
        <w:bottom w:val="single" w:sz="5" w:space="0" w:color="D9D0D4"/>
      </w:pBdr>
      <w:rPr>
        <w:color w:val="6B7280"/>
        <w:sz w:val="16"/>
      </w:rPr>
    </w:pPr>
    <w:r>
      <w:rPr>
        <w:b/>
        <w:color w:val="8A1538"/>
        <w:sz w:val="17"/>
      </w:rPr>
      <w:t>CONFERENCIA EPISCOPAL ESPAÑOLA</w:t>
    </w:r>
    <w:r>
      <w:rPr>
        <w:color w:val="6B7280"/>
        <w:sz w:val="16"/>
      </w:rPr>
      <w:t xml:space="preserve"> · Comisión Episcopal para la Educación y la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D502B6"/>
    <w:multiLevelType w:val="hybridMultilevel"/>
    <w:tmpl w:val="9CA6231A"/>
    <w:lvl w:ilvl="0" w:tplc="4D12246C">
      <w:numFmt w:val="bullet"/>
      <w:lvlText w:val="-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1E77FE"/>
    <w:multiLevelType w:val="hybridMultilevel"/>
    <w:tmpl w:val="219CDF74"/>
    <w:lvl w:ilvl="0" w:tplc="3FDE8502">
      <w:start w:val="2"/>
      <w:numFmt w:val="bullet"/>
      <w:lvlText w:val=""/>
      <w:lvlJc w:val="left"/>
      <w:pPr>
        <w:ind w:left="720" w:hanging="360"/>
      </w:pPr>
      <w:rPr>
        <w:rFonts w:ascii="Symbol" w:eastAsia="Aptos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A0DBB"/>
    <w:multiLevelType w:val="hybridMultilevel"/>
    <w:tmpl w:val="B1F69C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F5F60"/>
    <w:multiLevelType w:val="hybridMultilevel"/>
    <w:tmpl w:val="01C2CFF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34967"/>
    <w:multiLevelType w:val="hybridMultilevel"/>
    <w:tmpl w:val="D1C2BB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313BE"/>
    <w:multiLevelType w:val="hybridMultilevel"/>
    <w:tmpl w:val="ED2E8EF8"/>
    <w:lvl w:ilvl="0" w:tplc="51FA4EC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B1A6D"/>
    <w:multiLevelType w:val="hybridMultilevel"/>
    <w:tmpl w:val="EEB0985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3277C"/>
    <w:multiLevelType w:val="hybridMultilevel"/>
    <w:tmpl w:val="84E25A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86664"/>
    <w:multiLevelType w:val="hybridMultilevel"/>
    <w:tmpl w:val="84E25A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66871"/>
    <w:multiLevelType w:val="hybridMultilevel"/>
    <w:tmpl w:val="B4D4D9BC"/>
    <w:lvl w:ilvl="0" w:tplc="D9CE385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5"/>
  </w:num>
  <w:num w:numId="12">
    <w:abstractNumId w:val="11"/>
  </w:num>
  <w:num w:numId="13">
    <w:abstractNumId w:val="18"/>
  </w:num>
  <w:num w:numId="14">
    <w:abstractNumId w:val="14"/>
  </w:num>
  <w:num w:numId="15">
    <w:abstractNumId w:val="12"/>
  </w:num>
  <w:num w:numId="16">
    <w:abstractNumId w:val="17"/>
  </w:num>
  <w:num w:numId="17">
    <w:abstractNumId w:val="16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96F"/>
    <w:rsid w:val="00034616"/>
    <w:rsid w:val="000413B8"/>
    <w:rsid w:val="00041FFF"/>
    <w:rsid w:val="00057EC0"/>
    <w:rsid w:val="00057ED2"/>
    <w:rsid w:val="0006063C"/>
    <w:rsid w:val="00076E2F"/>
    <w:rsid w:val="0008105C"/>
    <w:rsid w:val="00091DE5"/>
    <w:rsid w:val="000A36CC"/>
    <w:rsid w:val="000B0EF5"/>
    <w:rsid w:val="000C520F"/>
    <w:rsid w:val="000E43CD"/>
    <w:rsid w:val="00144C2A"/>
    <w:rsid w:val="0015074B"/>
    <w:rsid w:val="001556C5"/>
    <w:rsid w:val="001808A3"/>
    <w:rsid w:val="00217A77"/>
    <w:rsid w:val="00235A4C"/>
    <w:rsid w:val="00251E21"/>
    <w:rsid w:val="00267C04"/>
    <w:rsid w:val="00272E92"/>
    <w:rsid w:val="002779F4"/>
    <w:rsid w:val="0029639D"/>
    <w:rsid w:val="002B3C9C"/>
    <w:rsid w:val="002B5E81"/>
    <w:rsid w:val="002B62B0"/>
    <w:rsid w:val="0031018E"/>
    <w:rsid w:val="0031285C"/>
    <w:rsid w:val="00323A45"/>
    <w:rsid w:val="00323FD2"/>
    <w:rsid w:val="00326F90"/>
    <w:rsid w:val="00362B04"/>
    <w:rsid w:val="00365C8A"/>
    <w:rsid w:val="003707B4"/>
    <w:rsid w:val="00373BC2"/>
    <w:rsid w:val="00391731"/>
    <w:rsid w:val="003A5182"/>
    <w:rsid w:val="003A66F6"/>
    <w:rsid w:val="003B6D38"/>
    <w:rsid w:val="003C0267"/>
    <w:rsid w:val="00430499"/>
    <w:rsid w:val="00431C47"/>
    <w:rsid w:val="00436AC5"/>
    <w:rsid w:val="00470937"/>
    <w:rsid w:val="004808B0"/>
    <w:rsid w:val="00482831"/>
    <w:rsid w:val="00484161"/>
    <w:rsid w:val="00494C5E"/>
    <w:rsid w:val="004D61B1"/>
    <w:rsid w:val="004E11A7"/>
    <w:rsid w:val="00502A60"/>
    <w:rsid w:val="00510070"/>
    <w:rsid w:val="00514889"/>
    <w:rsid w:val="005405DB"/>
    <w:rsid w:val="00551780"/>
    <w:rsid w:val="00561769"/>
    <w:rsid w:val="00561DE1"/>
    <w:rsid w:val="005627B9"/>
    <w:rsid w:val="005751FF"/>
    <w:rsid w:val="00583DF4"/>
    <w:rsid w:val="005C2667"/>
    <w:rsid w:val="005E2D13"/>
    <w:rsid w:val="005E4E99"/>
    <w:rsid w:val="00601206"/>
    <w:rsid w:val="006069EC"/>
    <w:rsid w:val="006309C6"/>
    <w:rsid w:val="00641BCF"/>
    <w:rsid w:val="00642B48"/>
    <w:rsid w:val="006450F4"/>
    <w:rsid w:val="00651841"/>
    <w:rsid w:val="00675A3B"/>
    <w:rsid w:val="00682E78"/>
    <w:rsid w:val="00685B6E"/>
    <w:rsid w:val="006A6FD3"/>
    <w:rsid w:val="006A7EE6"/>
    <w:rsid w:val="006C3281"/>
    <w:rsid w:val="006D0474"/>
    <w:rsid w:val="00700BB9"/>
    <w:rsid w:val="00704E05"/>
    <w:rsid w:val="00755834"/>
    <w:rsid w:val="00761338"/>
    <w:rsid w:val="00787881"/>
    <w:rsid w:val="007B2866"/>
    <w:rsid w:val="007C607D"/>
    <w:rsid w:val="007D363A"/>
    <w:rsid w:val="007F7039"/>
    <w:rsid w:val="00813770"/>
    <w:rsid w:val="00813CBB"/>
    <w:rsid w:val="00823FAC"/>
    <w:rsid w:val="0083418D"/>
    <w:rsid w:val="0083576A"/>
    <w:rsid w:val="0085289E"/>
    <w:rsid w:val="00870B00"/>
    <w:rsid w:val="00874639"/>
    <w:rsid w:val="00887618"/>
    <w:rsid w:val="00897D57"/>
    <w:rsid w:val="008B5171"/>
    <w:rsid w:val="008C49B7"/>
    <w:rsid w:val="008C7B7A"/>
    <w:rsid w:val="008F1CC8"/>
    <w:rsid w:val="008F51D1"/>
    <w:rsid w:val="008F679E"/>
    <w:rsid w:val="00942BB3"/>
    <w:rsid w:val="00945801"/>
    <w:rsid w:val="00945C0E"/>
    <w:rsid w:val="00964721"/>
    <w:rsid w:val="00967AB8"/>
    <w:rsid w:val="00975605"/>
    <w:rsid w:val="00977CCD"/>
    <w:rsid w:val="00991FD5"/>
    <w:rsid w:val="009B315D"/>
    <w:rsid w:val="009F4EEB"/>
    <w:rsid w:val="00A02C87"/>
    <w:rsid w:val="00A42665"/>
    <w:rsid w:val="00A42FA2"/>
    <w:rsid w:val="00A46FD6"/>
    <w:rsid w:val="00A50CE5"/>
    <w:rsid w:val="00A57345"/>
    <w:rsid w:val="00A90594"/>
    <w:rsid w:val="00AA1D8D"/>
    <w:rsid w:val="00AB0564"/>
    <w:rsid w:val="00AB4165"/>
    <w:rsid w:val="00AC0A36"/>
    <w:rsid w:val="00AC7DD7"/>
    <w:rsid w:val="00AD1D5E"/>
    <w:rsid w:val="00AE6219"/>
    <w:rsid w:val="00B11DF0"/>
    <w:rsid w:val="00B24F34"/>
    <w:rsid w:val="00B3735C"/>
    <w:rsid w:val="00B47730"/>
    <w:rsid w:val="00B709D0"/>
    <w:rsid w:val="00B7195F"/>
    <w:rsid w:val="00B951FC"/>
    <w:rsid w:val="00BA2842"/>
    <w:rsid w:val="00BD20E3"/>
    <w:rsid w:val="00BD5694"/>
    <w:rsid w:val="00BE2B62"/>
    <w:rsid w:val="00C024A4"/>
    <w:rsid w:val="00C22B11"/>
    <w:rsid w:val="00C24A28"/>
    <w:rsid w:val="00C3273F"/>
    <w:rsid w:val="00C479E0"/>
    <w:rsid w:val="00C8256B"/>
    <w:rsid w:val="00CB0664"/>
    <w:rsid w:val="00CB6478"/>
    <w:rsid w:val="00CD235B"/>
    <w:rsid w:val="00CE7FC6"/>
    <w:rsid w:val="00D0018F"/>
    <w:rsid w:val="00D12C4D"/>
    <w:rsid w:val="00D316E6"/>
    <w:rsid w:val="00D34CB4"/>
    <w:rsid w:val="00D506C1"/>
    <w:rsid w:val="00D544CE"/>
    <w:rsid w:val="00D86576"/>
    <w:rsid w:val="00D87E03"/>
    <w:rsid w:val="00DA5E74"/>
    <w:rsid w:val="00DB05A5"/>
    <w:rsid w:val="00DC0050"/>
    <w:rsid w:val="00DC2300"/>
    <w:rsid w:val="00DD4F9A"/>
    <w:rsid w:val="00DD7DB2"/>
    <w:rsid w:val="00DE2219"/>
    <w:rsid w:val="00DE41D9"/>
    <w:rsid w:val="00DE48A6"/>
    <w:rsid w:val="00E13897"/>
    <w:rsid w:val="00E17D0E"/>
    <w:rsid w:val="00E37479"/>
    <w:rsid w:val="00E374CB"/>
    <w:rsid w:val="00E46DF7"/>
    <w:rsid w:val="00E669AB"/>
    <w:rsid w:val="00E86182"/>
    <w:rsid w:val="00E938FE"/>
    <w:rsid w:val="00E94BFC"/>
    <w:rsid w:val="00E96C96"/>
    <w:rsid w:val="00EA66D7"/>
    <w:rsid w:val="00EC0039"/>
    <w:rsid w:val="00ED4498"/>
    <w:rsid w:val="00ED5213"/>
    <w:rsid w:val="00EE24C4"/>
    <w:rsid w:val="00EE3F9F"/>
    <w:rsid w:val="00EE6E1C"/>
    <w:rsid w:val="00EE6FA2"/>
    <w:rsid w:val="00EE7F1C"/>
    <w:rsid w:val="00EF77A5"/>
    <w:rsid w:val="00F118C5"/>
    <w:rsid w:val="00F223EA"/>
    <w:rsid w:val="00F32C7E"/>
    <w:rsid w:val="00F54A67"/>
    <w:rsid w:val="00F74762"/>
    <w:rsid w:val="00FB25D3"/>
    <w:rsid w:val="00FB4102"/>
    <w:rsid w:val="00FC693F"/>
    <w:rsid w:val="00F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1"/>
    <o:shapelayout v:ext="edit">
      <o:idmap v:ext="edit" data="1"/>
    </o:shapelayout>
  </w:shapeDefaults>
  <w:decimalSymbol w:val=","/>
  <w:listSeparator w:val=";"/>
  <w14:docId w14:val="37507F78"/>
  <w14:defaultImageDpi w14:val="300"/>
  <w15:docId w15:val="{6D76B1E8-CC06-407A-A800-3146C227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eastAsia="Aptos" w:hAnsi="Aptos"/>
      <w:sz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op">
    <w:name w:val="CoverTop"/>
    <w:basedOn w:val="Normal"/>
    <w:pPr>
      <w:spacing w:after="40"/>
      <w:jc w:val="center"/>
    </w:pPr>
    <w:rPr>
      <w:b/>
      <w:color w:val="6B7280"/>
      <w:sz w:val="23"/>
    </w:rPr>
  </w:style>
  <w:style w:type="paragraph" w:customStyle="1" w:styleId="CoverTitle">
    <w:name w:val="CoverTitle"/>
    <w:basedOn w:val="Normal"/>
    <w:pPr>
      <w:jc w:val="center"/>
    </w:pPr>
    <w:rPr>
      <w:b/>
      <w:color w:val="8A1538"/>
      <w:sz w:val="38"/>
    </w:rPr>
  </w:style>
  <w:style w:type="paragraph" w:customStyle="1" w:styleId="CoverSub">
    <w:name w:val="CoverSub"/>
    <w:basedOn w:val="Normal"/>
    <w:pPr>
      <w:spacing w:after="0"/>
      <w:jc w:val="center"/>
    </w:pPr>
    <w:rPr>
      <w:color w:val="6B7280"/>
    </w:rPr>
  </w:style>
  <w:style w:type="paragraph" w:customStyle="1" w:styleId="Band">
    <w:name w:val="Band"/>
    <w:basedOn w:val="Normal"/>
    <w:pPr>
      <w:spacing w:before="80" w:after="120"/>
    </w:pPr>
    <w:rPr>
      <w:b/>
      <w:color w:val="FFFFFF"/>
      <w:sz w:val="22"/>
    </w:rPr>
  </w:style>
  <w:style w:type="paragraph" w:customStyle="1" w:styleId="H2">
    <w:name w:val="H2"/>
    <w:basedOn w:val="Normal"/>
    <w:pPr>
      <w:spacing w:before="140"/>
    </w:pPr>
    <w:rPr>
      <w:b/>
      <w:color w:val="8A1538"/>
    </w:rPr>
  </w:style>
  <w:style w:type="paragraph" w:customStyle="1" w:styleId="Hint">
    <w:name w:val="Hint"/>
    <w:basedOn w:val="Normal"/>
    <w:pPr>
      <w:spacing w:after="60"/>
    </w:pPr>
    <w:rPr>
      <w:color w:val="6B7280"/>
      <w:sz w:val="17"/>
    </w:rPr>
  </w:style>
  <w:style w:type="paragraph" w:customStyle="1" w:styleId="Index">
    <w:name w:val="Index"/>
    <w:basedOn w:val="Normal"/>
    <w:pPr>
      <w:spacing w:after="40"/>
    </w:pPr>
    <w:rPr>
      <w:color w:val="2B2F3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3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315D"/>
    <w:rPr>
      <w:rFonts w:ascii="Segoe UI" w:eastAsia="Aptos" w:hAnsi="Segoe UI" w:cs="Segoe UI"/>
      <w:sz w:val="18"/>
      <w:szCs w:val="18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24F3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4F34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4F34"/>
    <w:rPr>
      <w:rFonts w:ascii="Aptos" w:eastAsia="Aptos" w:hAnsi="Aptos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4F3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4F34"/>
    <w:rPr>
      <w:rFonts w:ascii="Aptos" w:eastAsia="Aptos" w:hAnsi="Aptos"/>
      <w:b/>
      <w:bCs/>
      <w:sz w:val="20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24F34"/>
    <w:pPr>
      <w:spacing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24F34"/>
    <w:rPr>
      <w:rFonts w:ascii="Aptos" w:eastAsia="Aptos" w:hAnsi="Aptos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24F34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11DF0"/>
    <w:pPr>
      <w:spacing w:after="0" w:line="240" w:lineRule="auto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11DF0"/>
    <w:rPr>
      <w:rFonts w:ascii="Aptos" w:eastAsia="Aptos" w:hAnsi="Aptos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B11DF0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D569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967AB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7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ntef.es/competencia-digital-educativa/competencia-digital-docente/" TargetMode="External"/><Relationship Id="rId1" Type="http://schemas.openxmlformats.org/officeDocument/2006/relationships/hyperlink" Target="https://intef.es/competencia-digital-educativa/competencia-digital-docente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665C8-9AB1-48D8-BE2A-EB690B4987B0}"/>
      </w:docPartPr>
      <w:docPartBody>
        <w:p w:rsidR="00A87779" w:rsidRDefault="00A87779">
          <w:r w:rsidRPr="00FE5F08">
            <w:rPr>
              <w:rStyle w:val="Textodelmarcadordeposicin"/>
            </w:rPr>
            <w:t>Elija un elemento.</w:t>
          </w:r>
        </w:p>
      </w:docPartBody>
    </w:docPart>
    <w:docPart>
      <w:docPartPr>
        <w:name w:val="65CFF3C9C4F54735A442B5E69C90D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88483-7272-4975-83CB-89AA28B1CB1E}"/>
      </w:docPartPr>
      <w:docPartBody>
        <w:p w:rsidR="008A685C" w:rsidRDefault="00D846F9" w:rsidP="00D846F9">
          <w:pPr>
            <w:pStyle w:val="65CFF3C9C4F54735A442B5E69C90DD64"/>
          </w:pPr>
          <w:r w:rsidRPr="00FE5F08">
            <w:rPr>
              <w:rStyle w:val="Textodelmarcadordeposicin"/>
            </w:rPr>
            <w:t>Elija un elemento.</w:t>
          </w:r>
        </w:p>
      </w:docPartBody>
    </w:docPart>
    <w:docPart>
      <w:docPartPr>
        <w:name w:val="C0488EB6713E45BEAA656F63D58E6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4FD4A-9692-42DE-815F-C988D9C8B52A}"/>
      </w:docPartPr>
      <w:docPartBody>
        <w:p w:rsidR="008A685C" w:rsidRDefault="00D846F9" w:rsidP="00D846F9">
          <w:pPr>
            <w:pStyle w:val="C0488EB6713E45BEAA656F63D58E6756"/>
          </w:pPr>
          <w:r w:rsidRPr="00FE5F08">
            <w:rPr>
              <w:rStyle w:val="Textodelmarcadordeposicin"/>
            </w:rPr>
            <w:t>Elija un elemento.</w:t>
          </w:r>
        </w:p>
      </w:docPartBody>
    </w:docPart>
    <w:docPart>
      <w:docPartPr>
        <w:name w:val="909C7768063C4ED9829FDBAA7AEB3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0FA9B-3A3A-4BF1-89EB-90B0488163EE}"/>
      </w:docPartPr>
      <w:docPartBody>
        <w:p w:rsidR="008A685C" w:rsidRDefault="00D846F9" w:rsidP="00D846F9">
          <w:pPr>
            <w:pStyle w:val="909C7768063C4ED9829FDBAA7AEB30C6"/>
          </w:pPr>
          <w:r w:rsidRPr="00FE5F08">
            <w:rPr>
              <w:rStyle w:val="Textodelmarcadordeposicin"/>
            </w:rPr>
            <w:t>Elija un elemento.</w:t>
          </w:r>
        </w:p>
      </w:docPartBody>
    </w:docPart>
    <w:docPart>
      <w:docPartPr>
        <w:name w:val="DC6E29A2EABA4109B529056CE0491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3C32C-92DD-410B-89F5-D415A859EE92}"/>
      </w:docPartPr>
      <w:docPartBody>
        <w:p w:rsidR="008A685C" w:rsidRDefault="008A685C" w:rsidP="008A685C">
          <w:pPr>
            <w:pStyle w:val="DC6E29A2EABA4109B529056CE0491ABB"/>
          </w:pPr>
          <w:r w:rsidRPr="00FE5F08">
            <w:rPr>
              <w:rStyle w:val="Textodelmarcadordeposicin"/>
            </w:rPr>
            <w:t>Elija un elemento.</w:t>
          </w:r>
        </w:p>
      </w:docPartBody>
    </w:docPart>
    <w:docPart>
      <w:docPartPr>
        <w:name w:val="F38383B2CB604B03B514322C45273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76BC-1D8A-4369-A5F6-B935D5CDFC4E}"/>
      </w:docPartPr>
      <w:docPartBody>
        <w:p w:rsidR="008A685C" w:rsidRDefault="008A685C" w:rsidP="008A685C">
          <w:pPr>
            <w:pStyle w:val="F38383B2CB604B03B514322C452734EB"/>
          </w:pPr>
          <w:r w:rsidRPr="00FE5F0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AF"/>
    <w:rsid w:val="002C5319"/>
    <w:rsid w:val="008A685C"/>
    <w:rsid w:val="0098535A"/>
    <w:rsid w:val="00A84B5C"/>
    <w:rsid w:val="00A87779"/>
    <w:rsid w:val="00B32BAF"/>
    <w:rsid w:val="00C524F2"/>
    <w:rsid w:val="00D846F9"/>
    <w:rsid w:val="00E8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A685C"/>
    <w:rPr>
      <w:color w:val="808080"/>
    </w:rPr>
  </w:style>
  <w:style w:type="paragraph" w:customStyle="1" w:styleId="9C2293A11BEB452DA0B92B00C6D42EFB">
    <w:name w:val="9C2293A11BEB452DA0B92B00C6D42EFB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DC6527B06D2242888959A355FAC05184">
    <w:name w:val="DC6527B06D2242888959A355FAC05184"/>
    <w:rsid w:val="00B32BAF"/>
  </w:style>
  <w:style w:type="paragraph" w:customStyle="1" w:styleId="73C454E93C804755906A768971EFD3E1">
    <w:name w:val="73C454E93C804755906A768971EFD3E1"/>
    <w:rsid w:val="00B32BAF"/>
  </w:style>
  <w:style w:type="paragraph" w:customStyle="1" w:styleId="FF353AA476FE43C6AF1D9826765D6E16">
    <w:name w:val="FF353AA476FE43C6AF1D9826765D6E16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4F2E174F5FC24AF6BC35C33E93BC7E63">
    <w:name w:val="4F2E174F5FC24AF6BC35C33E93BC7E63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BD38F1E317A94C6D99DA44C7FFCFE550">
    <w:name w:val="BD38F1E317A94C6D99DA44C7FFCFE550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2074FDC07E464494BBA14039F0AFD5F6">
    <w:name w:val="2074FDC07E464494BBA14039F0AFD5F6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DC6527B06D2242888959A355FAC051841">
    <w:name w:val="DC6527B06D2242888959A355FAC051841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FF353AA476FE43C6AF1D9826765D6E161">
    <w:name w:val="FF353AA476FE43C6AF1D9826765D6E161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4F2E174F5FC24AF6BC35C33E93BC7E631">
    <w:name w:val="4F2E174F5FC24AF6BC35C33E93BC7E631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BD38F1E317A94C6D99DA44C7FFCFE5501">
    <w:name w:val="BD38F1E317A94C6D99DA44C7FFCFE5501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2074FDC07E464494BBA14039F0AFD5F61">
    <w:name w:val="2074FDC07E464494BBA14039F0AFD5F61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DC6527B06D2242888959A355FAC051842">
    <w:name w:val="DC6527B06D2242888959A355FAC051842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E7B16D70F88F47F1BD4F7A1DC51E1798">
    <w:name w:val="E7B16D70F88F47F1BD4F7A1DC51E1798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FF353AA476FE43C6AF1D9826765D6E162">
    <w:name w:val="FF353AA476FE43C6AF1D9826765D6E162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4F2E174F5FC24AF6BC35C33E93BC7E632">
    <w:name w:val="4F2E174F5FC24AF6BC35C33E93BC7E632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BD38F1E317A94C6D99DA44C7FFCFE5502">
    <w:name w:val="BD38F1E317A94C6D99DA44C7FFCFE5502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2074FDC07E464494BBA14039F0AFD5F62">
    <w:name w:val="2074FDC07E464494BBA14039F0AFD5F62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DC6527B06D2242888959A355FAC051843">
    <w:name w:val="DC6527B06D2242888959A355FAC051843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E7B16D70F88F47F1BD4F7A1DC51E17981">
    <w:name w:val="E7B16D70F88F47F1BD4F7A1DC51E17981"/>
    <w:rsid w:val="00B32BAF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DC6527B06D2242888959A355FAC051844">
    <w:name w:val="DC6527B06D2242888959A355FAC051844"/>
    <w:rsid w:val="00A87779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316563980EF44D0B8307158D70A68ADC">
    <w:name w:val="316563980EF44D0B8307158D70A68ADC"/>
    <w:rsid w:val="00A87779"/>
    <w:pPr>
      <w:spacing w:after="80" w:line="264" w:lineRule="auto"/>
    </w:pPr>
    <w:rPr>
      <w:rFonts w:ascii="Aptos" w:eastAsia="Aptos" w:hAnsi="Aptos"/>
      <w:sz w:val="20"/>
      <w:lang w:eastAsia="en-US"/>
    </w:rPr>
  </w:style>
  <w:style w:type="paragraph" w:customStyle="1" w:styleId="AADD727ECBC942DB8E991757783AF010">
    <w:name w:val="AADD727ECBC942DB8E991757783AF010"/>
    <w:rsid w:val="00A87779"/>
  </w:style>
  <w:style w:type="paragraph" w:customStyle="1" w:styleId="F7B52667667C4CD5AC2DEEBEBE1D7FA0">
    <w:name w:val="F7B52667667C4CD5AC2DEEBEBE1D7FA0"/>
    <w:rsid w:val="00A87779"/>
  </w:style>
  <w:style w:type="paragraph" w:customStyle="1" w:styleId="5C4728A601C941B8A10DB2A65E1E7912">
    <w:name w:val="5C4728A601C941B8A10DB2A65E1E7912"/>
    <w:rsid w:val="00A87779"/>
  </w:style>
  <w:style w:type="paragraph" w:customStyle="1" w:styleId="ED1B75FC73FB413A89B8EB547536386F">
    <w:name w:val="ED1B75FC73FB413A89B8EB547536386F"/>
    <w:rsid w:val="00A87779"/>
  </w:style>
  <w:style w:type="paragraph" w:customStyle="1" w:styleId="24AC990CE81840EB89BFF07B1C7AEF10">
    <w:name w:val="24AC990CE81840EB89BFF07B1C7AEF10"/>
    <w:rsid w:val="00A87779"/>
  </w:style>
  <w:style w:type="paragraph" w:customStyle="1" w:styleId="F5CF1CF2C93C4A638A09D732432C58A2">
    <w:name w:val="F5CF1CF2C93C4A638A09D732432C58A2"/>
    <w:rsid w:val="00A87779"/>
  </w:style>
  <w:style w:type="paragraph" w:customStyle="1" w:styleId="4BE59167498C43749DE56B3B32D3C205">
    <w:name w:val="4BE59167498C43749DE56B3B32D3C205"/>
    <w:rsid w:val="00A87779"/>
  </w:style>
  <w:style w:type="paragraph" w:customStyle="1" w:styleId="5D42222E76E74ABCBEAD084A8A9729AA">
    <w:name w:val="5D42222E76E74ABCBEAD084A8A9729AA"/>
    <w:rsid w:val="00A87779"/>
  </w:style>
  <w:style w:type="paragraph" w:customStyle="1" w:styleId="3F0111BFC9334C72BFA3DF558DB2ED15">
    <w:name w:val="3F0111BFC9334C72BFA3DF558DB2ED15"/>
    <w:rsid w:val="00A87779"/>
  </w:style>
  <w:style w:type="paragraph" w:customStyle="1" w:styleId="0BB69D1F438F4A5DA56A062DB3F323F3">
    <w:name w:val="0BB69D1F438F4A5DA56A062DB3F323F3"/>
    <w:rsid w:val="00A87779"/>
  </w:style>
  <w:style w:type="paragraph" w:customStyle="1" w:styleId="2BBA439D7ECD492EAACBB947BB547933">
    <w:name w:val="2BBA439D7ECD492EAACBB947BB547933"/>
    <w:rsid w:val="00A87779"/>
  </w:style>
  <w:style w:type="paragraph" w:customStyle="1" w:styleId="ECB6393B7D664DF69C7A0E81BA97BFD0">
    <w:name w:val="ECB6393B7D664DF69C7A0E81BA97BFD0"/>
    <w:rsid w:val="00A87779"/>
  </w:style>
  <w:style w:type="paragraph" w:customStyle="1" w:styleId="9170917BD15C4BAFB3155AF2B0F52FBB">
    <w:name w:val="9170917BD15C4BAFB3155AF2B0F52FBB"/>
    <w:rsid w:val="00A87779"/>
  </w:style>
  <w:style w:type="paragraph" w:customStyle="1" w:styleId="CD5B9FA9E53E4CCF81C7A5C0A189F4C7">
    <w:name w:val="CD5B9FA9E53E4CCF81C7A5C0A189F4C7"/>
    <w:rsid w:val="00A87779"/>
  </w:style>
  <w:style w:type="paragraph" w:customStyle="1" w:styleId="24273C345EF849C1B2A813C211FC6939">
    <w:name w:val="24273C345EF849C1B2A813C211FC6939"/>
    <w:rsid w:val="00A87779"/>
  </w:style>
  <w:style w:type="paragraph" w:customStyle="1" w:styleId="BEDF184F4519420BA78FDA25A95E63A7">
    <w:name w:val="BEDF184F4519420BA78FDA25A95E63A7"/>
    <w:rsid w:val="00A87779"/>
  </w:style>
  <w:style w:type="paragraph" w:customStyle="1" w:styleId="33A70A0B8A8441BBB553F7B0AA7917A1">
    <w:name w:val="33A70A0B8A8441BBB553F7B0AA7917A1"/>
    <w:rsid w:val="00A87779"/>
  </w:style>
  <w:style w:type="paragraph" w:customStyle="1" w:styleId="113ABFBDF22643B1BBB777EBD9CEF627">
    <w:name w:val="113ABFBDF22643B1BBB777EBD9CEF627"/>
    <w:rsid w:val="00A87779"/>
  </w:style>
  <w:style w:type="paragraph" w:customStyle="1" w:styleId="001A915770704AA29F5B810E76047684">
    <w:name w:val="001A915770704AA29F5B810E76047684"/>
    <w:rsid w:val="00D846F9"/>
  </w:style>
  <w:style w:type="paragraph" w:customStyle="1" w:styleId="65CFF3C9C4F54735A442B5E69C90DD64">
    <w:name w:val="65CFF3C9C4F54735A442B5E69C90DD64"/>
    <w:rsid w:val="00D846F9"/>
  </w:style>
  <w:style w:type="paragraph" w:customStyle="1" w:styleId="DD5F8CF7B1EA4A88B4B18E1E014E8BF8">
    <w:name w:val="DD5F8CF7B1EA4A88B4B18E1E014E8BF8"/>
    <w:rsid w:val="00D846F9"/>
  </w:style>
  <w:style w:type="paragraph" w:customStyle="1" w:styleId="04718C7510C74AB7BC56FDD9D6E7EC67">
    <w:name w:val="04718C7510C74AB7BC56FDD9D6E7EC67"/>
    <w:rsid w:val="00D846F9"/>
  </w:style>
  <w:style w:type="paragraph" w:customStyle="1" w:styleId="E594F903530149A7ACC909EF6090C78B">
    <w:name w:val="E594F903530149A7ACC909EF6090C78B"/>
    <w:rsid w:val="00D846F9"/>
  </w:style>
  <w:style w:type="paragraph" w:customStyle="1" w:styleId="C0488EB6713E45BEAA656F63D58E6756">
    <w:name w:val="C0488EB6713E45BEAA656F63D58E6756"/>
    <w:rsid w:val="00D846F9"/>
  </w:style>
  <w:style w:type="paragraph" w:customStyle="1" w:styleId="B57436E4A6504773BF3472AC4B754BE7">
    <w:name w:val="B57436E4A6504773BF3472AC4B754BE7"/>
    <w:rsid w:val="00D846F9"/>
  </w:style>
  <w:style w:type="paragraph" w:customStyle="1" w:styleId="B354D8EC795A46CA89E0CC68E2EA6A3B">
    <w:name w:val="B354D8EC795A46CA89E0CC68E2EA6A3B"/>
    <w:rsid w:val="00D846F9"/>
  </w:style>
  <w:style w:type="paragraph" w:customStyle="1" w:styleId="909C7768063C4ED9829FDBAA7AEB30C6">
    <w:name w:val="909C7768063C4ED9829FDBAA7AEB30C6"/>
    <w:rsid w:val="00D846F9"/>
  </w:style>
  <w:style w:type="paragraph" w:customStyle="1" w:styleId="7129F98087B74A2CB72F16CFFE86993E">
    <w:name w:val="7129F98087B74A2CB72F16CFFE86993E"/>
    <w:rsid w:val="008A685C"/>
  </w:style>
  <w:style w:type="paragraph" w:customStyle="1" w:styleId="DC6E29A2EABA4109B529056CE0491ABB">
    <w:name w:val="DC6E29A2EABA4109B529056CE0491ABB"/>
    <w:rsid w:val="008A685C"/>
  </w:style>
  <w:style w:type="paragraph" w:customStyle="1" w:styleId="F38383B2CB604B03B514322C452734EB">
    <w:name w:val="F38383B2CB604B03B514322C452734EB"/>
    <w:rsid w:val="008A685C"/>
  </w:style>
  <w:style w:type="paragraph" w:customStyle="1" w:styleId="04925B8156734F4896313ED976121D1D">
    <w:name w:val="04925B8156734F4896313ED976121D1D"/>
    <w:rsid w:val="00E80F6E"/>
  </w:style>
  <w:style w:type="paragraph" w:customStyle="1" w:styleId="ACCF06C833E34ABF976E94DF981A9EB4">
    <w:name w:val="ACCF06C833E34ABF976E94DF981A9EB4"/>
    <w:rsid w:val="009853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6104EA-0567-4D3B-9839-E3309E0A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1477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María Galluzzi</cp:lastModifiedBy>
  <cp:revision>2</cp:revision>
  <cp:lastPrinted>2026-09-09T12:06:00Z</cp:lastPrinted>
  <dcterms:created xsi:type="dcterms:W3CDTF">2026-09-16T13:27:00Z</dcterms:created>
  <dcterms:modified xsi:type="dcterms:W3CDTF">2026-09-16T13:27:00Z</dcterms:modified>
  <cp:category/>
</cp:coreProperties>
</file>